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מהדורה למורה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מערך שיעורים – 4 שיעורים</w:t>
      </w:r>
    </w:p>
    <w:p>
      <w:pPr>
        <w:pStyle w:val="Heading3"/>
        <w:bidi w:val="1"/>
        <w:jc w:val="right"/>
      </w:pPr>
      <w:r>
        <w:rPr>
          <w:rFonts w:ascii="Arial" w:hAnsi="Arial" w:cs="Arial"/>
          <w:b/>
          <w:color w:val="6B4FC4"/>
          <w:sz w:val="26"/>
          <w:rtl w:val="1"/>
          <w:szCs w:val="26"/>
          <w:bCs/>
        </w:rPr>
        <w:t>שיעור 1 – השאלה היא טקסט (45 דק׳)</w:t>
      </w:r>
    </w:p>
    <w:p>
      <w:pPr>
        <w:bidi w:val="1"/>
        <w:jc w:val="right"/>
      </w:pPr>
      <w:r>
        <w:rPr>
          <w:rFonts w:ascii="Arial" w:hAnsi="Arial" w:cs="Arial"/>
          <w:b w:val="0"/>
          <w:sz w:val="23"/>
          <w:rtl w:val="1"/>
          <w:szCs w:val="23"/>
        </w:rPr>
        <w:t>• פתיחה (5): מציגים שאלה אחת על הלוח בלי טקסט ושואלים: ״מה אפשר לדעת רק מהשאלה?״</w:t>
      </w:r>
    </w:p>
    <w:p>
      <w:pPr>
        <w:bidi w:val="1"/>
        <w:jc w:val="right"/>
      </w:pPr>
      <w:r>
        <w:rPr>
          <w:rFonts w:ascii="Arial" w:hAnsi="Arial" w:cs="Arial"/>
          <w:b w:val="0"/>
          <w:sz w:val="23"/>
          <w:rtl w:val="1"/>
          <w:szCs w:val="23"/>
        </w:rPr>
        <w:t>• הקניה (15): כרזת חמשת השלבים + שלושת הממדים; עוברים יחד על ״מילון מילות השאלה״.</w:t>
      </w:r>
    </w:p>
    <w:p>
      <w:pPr>
        <w:bidi w:val="1"/>
        <w:jc w:val="right"/>
      </w:pPr>
      <w:r>
        <w:rPr>
          <w:rFonts w:ascii="Arial" w:hAnsi="Arial" w:cs="Arial"/>
          <w:b w:val="0"/>
          <w:sz w:val="23"/>
          <w:rtl w:val="1"/>
          <w:szCs w:val="23"/>
        </w:rPr>
        <w:t>• דוגמה מודרכת (15): דף ״מפרקים שאלה יחד״ – המורה חושב/ת בקול בכל שלב.</w:t>
      </w:r>
    </w:p>
    <w:p>
      <w:pPr>
        <w:bidi w:val="1"/>
        <w:jc w:val="right"/>
      </w:pPr>
      <w:r>
        <w:rPr>
          <w:rFonts w:ascii="Arial" w:hAnsi="Arial" w:cs="Arial"/>
          <w:b w:val="0"/>
          <w:sz w:val="23"/>
          <w:rtl w:val="1"/>
          <w:szCs w:val="23"/>
        </w:rPr>
        <w:t>• תרגול קצר (7): במשחק ״פרקו את השאלה״ באתר – שתי שאלות בזוגות.</w:t>
      </w:r>
    </w:p>
    <w:p>
      <w:pPr>
        <w:bidi w:val="1"/>
        <w:jc w:val="right"/>
      </w:pPr>
      <w:r>
        <w:rPr>
          <w:rFonts w:ascii="Arial" w:hAnsi="Arial" w:cs="Arial"/>
          <w:b w:val="0"/>
          <w:sz w:val="23"/>
          <w:rtl w:val="1"/>
          <w:szCs w:val="23"/>
        </w:rPr>
        <w:t>• סיכום (3): כרטיס יציאה – מילת שאלה אחת ומה היא דורשת.</w:t>
      </w:r>
    </w:p>
    <w:p>
      <w:pPr>
        <w:pStyle w:val="Heading3"/>
        <w:bidi w:val="1"/>
        <w:jc w:val="right"/>
      </w:pPr>
      <w:r>
        <w:rPr>
          <w:rFonts w:ascii="Arial" w:hAnsi="Arial" w:cs="Arial"/>
          <w:b/>
          <w:color w:val="6B4FC4"/>
          <w:sz w:val="26"/>
          <w:rtl w:val="1"/>
          <w:szCs w:val="26"/>
          <w:bCs/>
        </w:rPr>
        <w:t>שיעור 2 – תרגול מודרך: טקסט 1 (45 דק׳)</w:t>
      </w:r>
    </w:p>
    <w:p>
      <w:pPr>
        <w:bidi w:val="1"/>
        <w:jc w:val="right"/>
      </w:pPr>
      <w:r>
        <w:rPr>
          <w:rFonts w:ascii="Arial" w:hAnsi="Arial" w:cs="Arial"/>
          <w:b w:val="0"/>
          <w:sz w:val="23"/>
          <w:rtl w:val="1"/>
          <w:szCs w:val="23"/>
        </w:rPr>
        <w:t>• לפני הקריאה (5): שאלת הפתיחה של הטקסט.</w:t>
      </w:r>
    </w:p>
    <w:p>
      <w:pPr>
        <w:bidi w:val="1"/>
        <w:jc w:val="right"/>
      </w:pPr>
      <w:r>
        <w:rPr>
          <w:rFonts w:ascii="Arial" w:hAnsi="Arial" w:cs="Arial"/>
          <w:b w:val="0"/>
          <w:sz w:val="23"/>
          <w:rtl w:val="1"/>
          <w:szCs w:val="23"/>
        </w:rPr>
        <w:t>• קריאה (10): קריאה בקול/שקטה, סימון מילים קשות (תיבת אוצר מילים).</w:t>
      </w:r>
    </w:p>
    <w:p>
      <w:pPr>
        <w:bidi w:val="1"/>
        <w:jc w:val="right"/>
      </w:pPr>
      <w:r>
        <w:rPr>
          <w:rFonts w:ascii="Arial" w:hAnsi="Arial" w:cs="Arial"/>
          <w:b w:val="0"/>
          <w:sz w:val="23"/>
          <w:rtl w:val="1"/>
          <w:szCs w:val="23"/>
        </w:rPr>
        <w:t>• פירוק שאלות (20): כל שאלה – שלבים 1–4 בכתב, ורק אז שלב 5. המורה עוצר/ת אחרי שתי שאלות לבדיקה משותפת.</w:t>
      </w:r>
    </w:p>
    <w:p>
      <w:pPr>
        <w:bidi w:val="1"/>
        <w:jc w:val="right"/>
      </w:pPr>
      <w:r>
        <w:rPr>
          <w:rFonts w:ascii="Arial" w:hAnsi="Arial" w:cs="Arial"/>
          <w:b w:val="0"/>
          <w:sz w:val="23"/>
          <w:rtl w:val="1"/>
          <w:szCs w:val="23"/>
        </w:rPr>
        <w:t>• שיתוף (7): השוואת סימונים בין זוגות – מי סימן מה ולמה?</w:t>
      </w:r>
    </w:p>
    <w:p>
      <w:pPr>
        <w:bidi w:val="1"/>
        <w:jc w:val="right"/>
      </w:pPr>
      <w:r>
        <w:rPr>
          <w:rFonts w:ascii="Arial" w:hAnsi="Arial" w:cs="Arial"/>
          <w:b w:val="0"/>
          <w:sz w:val="23"/>
          <w:rtl w:val="1"/>
          <w:szCs w:val="23"/>
        </w:rPr>
        <w:t>• סיכום (3): מחוון עצמי.</w:t>
      </w:r>
    </w:p>
    <w:p>
      <w:pPr>
        <w:pStyle w:val="Heading3"/>
        <w:bidi w:val="1"/>
        <w:jc w:val="right"/>
      </w:pPr>
      <w:r>
        <w:rPr>
          <w:rFonts w:ascii="Arial" w:hAnsi="Arial" w:cs="Arial"/>
          <w:b/>
          <w:color w:val="6B4FC4"/>
          <w:sz w:val="26"/>
          <w:rtl w:val="1"/>
          <w:szCs w:val="26"/>
          <w:bCs/>
        </w:rPr>
        <w:t>שיעור 3 – מליווי לעצמאות: טקסטים 2–3 (45 דק׳)</w:t>
      </w:r>
    </w:p>
    <w:p>
      <w:pPr>
        <w:bidi w:val="1"/>
        <w:jc w:val="right"/>
      </w:pPr>
      <w:r>
        <w:rPr>
          <w:rFonts w:ascii="Arial" w:hAnsi="Arial" w:cs="Arial"/>
          <w:b w:val="0"/>
          <w:sz w:val="23"/>
          <w:rtl w:val="1"/>
          <w:szCs w:val="23"/>
        </w:rPr>
        <w:t>• חזרה (5): חידון מהיר באתר – זיהוי ממד לפי מילת השאלה.</w:t>
      </w:r>
    </w:p>
    <w:p>
      <w:pPr>
        <w:bidi w:val="1"/>
        <w:jc w:val="right"/>
      </w:pPr>
      <w:r>
        <w:rPr>
          <w:rFonts w:ascii="Arial" w:hAnsi="Arial" w:cs="Arial"/>
          <w:b w:val="0"/>
          <w:sz w:val="23"/>
          <w:rtl w:val="1"/>
          <w:szCs w:val="23"/>
        </w:rPr>
        <w:t>• עבודה בזוגות (15): טקסט 2 – פירוק מלא.</w:t>
      </w:r>
    </w:p>
    <w:p>
      <w:pPr>
        <w:bidi w:val="1"/>
        <w:jc w:val="right"/>
      </w:pPr>
      <w:r>
        <w:rPr>
          <w:rFonts w:ascii="Arial" w:hAnsi="Arial" w:cs="Arial"/>
          <w:b w:val="0"/>
          <w:sz w:val="23"/>
          <w:rtl w:val="1"/>
          <w:szCs w:val="23"/>
        </w:rPr>
        <w:t>• עבודה עצמית (20): טקסט 3 – רצועת השלבים המקוצרת.</w:t>
      </w:r>
    </w:p>
    <w:p>
      <w:pPr>
        <w:bidi w:val="1"/>
        <w:jc w:val="right"/>
      </w:pPr>
      <w:r>
        <w:rPr>
          <w:rFonts w:ascii="Arial" w:hAnsi="Arial" w:cs="Arial"/>
          <w:b w:val="0"/>
          <w:sz w:val="23"/>
          <w:rtl w:val="1"/>
          <w:szCs w:val="23"/>
        </w:rPr>
        <w:t>• משוב (5): תשובה אחת מוקרנת ונבדקת יחד מול המחוון.</w:t>
      </w:r>
    </w:p>
    <w:p>
      <w:pPr>
        <w:pStyle w:val="Heading3"/>
        <w:bidi w:val="1"/>
        <w:jc w:val="right"/>
      </w:pPr>
      <w:r>
        <w:rPr>
          <w:rFonts w:ascii="Arial" w:hAnsi="Arial" w:cs="Arial"/>
          <w:b/>
          <w:color w:val="6B4FC4"/>
          <w:sz w:val="26"/>
          <w:rtl w:val="1"/>
          <w:szCs w:val="26"/>
          <w:bCs/>
        </w:rPr>
        <w:t>שיעור 4 – תרגול עצמאי והערכה: טקסטים 4–5 (45 דק׳)</w:t>
      </w:r>
    </w:p>
    <w:p>
      <w:pPr>
        <w:bidi w:val="1"/>
        <w:jc w:val="right"/>
      </w:pPr>
      <w:r>
        <w:rPr>
          <w:rFonts w:ascii="Arial" w:hAnsi="Arial" w:cs="Arial"/>
          <w:b w:val="0"/>
          <w:sz w:val="23"/>
          <w:rtl w:val="1"/>
          <w:szCs w:val="23"/>
        </w:rPr>
        <w:t>• פתיחה (3): ״מה הכי עוזר לי בפירוק שאלה?״</w:t>
      </w:r>
    </w:p>
    <w:p>
      <w:pPr>
        <w:bidi w:val="1"/>
        <w:jc w:val="right"/>
      </w:pPr>
      <w:r>
        <w:rPr>
          <w:rFonts w:ascii="Arial" w:hAnsi="Arial" w:cs="Arial"/>
          <w:b w:val="0"/>
          <w:sz w:val="23"/>
          <w:rtl w:val="1"/>
          <w:szCs w:val="23"/>
        </w:rPr>
        <w:t>• עבודה עצמית (30): טקסט 4 או 5 (בחירה), כולל שאלות הערכה וביקורת.</w:t>
      </w:r>
    </w:p>
    <w:p>
      <w:pPr>
        <w:bidi w:val="1"/>
        <w:jc w:val="right"/>
      </w:pPr>
      <w:r>
        <w:rPr>
          <w:rFonts w:ascii="Arial" w:hAnsi="Arial" w:cs="Arial"/>
          <w:b w:val="0"/>
          <w:sz w:val="23"/>
          <w:rtl w:val="1"/>
          <w:szCs w:val="23"/>
        </w:rPr>
        <w:t>• בדיקה עצמית (7): מחוון עצמי + סימון ✔ ליד כל חלק בתשובה.</w:t>
      </w:r>
    </w:p>
    <w:p>
      <w:pPr>
        <w:bidi w:val="1"/>
        <w:jc w:val="right"/>
      </w:pPr>
      <w:r>
        <w:rPr>
          <w:rFonts w:ascii="Arial" w:hAnsi="Arial" w:cs="Arial"/>
          <w:b w:val="0"/>
          <w:sz w:val="23"/>
          <w:rtl w:val="1"/>
          <w:szCs w:val="23"/>
        </w:rPr>
        <w:t>• כרטיס יציאה (5).</w:t>
      </w:r>
    </w:p>
    <w:p>
      <w:pPr>
        <w:pStyle w:val="Heading3"/>
        <w:bidi w:val="1"/>
        <w:jc w:val="right"/>
      </w:pPr>
      <w:r>
        <w:rPr>
          <w:rFonts w:ascii="Arial" w:hAnsi="Arial" w:cs="Arial"/>
          <w:b/>
          <w:color w:val="6B4FC4"/>
          <w:sz w:val="26"/>
          <w:rtl w:val="1"/>
          <w:szCs w:val="26"/>
          <w:bCs/>
        </w:rPr>
        <w:t>הערה לשכבה</w:t>
      </w:r>
    </w:p>
    <w:p>
      <w:pPr>
        <w:bidi w:val="1"/>
        <w:jc w:val="right"/>
      </w:pPr>
      <w:r>
        <w:rPr>
          <w:rFonts w:ascii="Arial" w:hAnsi="Arial" w:cs="Arial"/>
          <w:b w:val="0"/>
          <w:sz w:val="23"/>
          <w:rtl w:val="1"/>
          <w:szCs w:val="23"/>
        </w:rPr>
        <w:t>• בכיתה ז׳ עובדים יותר בזוגות ובליווי צמוד; מומלץ להקדיש את שיעור 2 כולו לטקסט 1 ולפרק יחד כל שאלה.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בואו בכל המשפחה: יום ספורט ונתינה! (מודעה)</w:t>
      </w:r>
    </w:p>
    <w:p>
      <w:pPr>
        <w:bidi w:val="1"/>
        <w:jc w:val="right"/>
      </w:pPr>
      <w:r>
        <w:rPr>
          <w:rFonts w:ascii="Arial" w:hAnsi="Arial" w:cs="Arial"/>
          <w:b/>
          <w:color w:val="2B8F86"/>
          <w:sz w:val="21"/>
          <w:rtl w:val="1"/>
          <w:szCs w:val="21"/>
          <w:bCs/>
        </w:rPr>
        <w:t xml:space="preserve">1. [איתור מידע · 10 נק׳] </w:t>
      </w:r>
      <w:r>
        <w:rPr>
          <w:rFonts w:ascii="Arial" w:hAnsi="Arial" w:cs="Arial"/>
          <w:b/>
          <w:sz w:val="21"/>
          <w:rtl w:val="1"/>
          <w:szCs w:val="21"/>
          <w:bCs/>
          <w:highlight w:val="yellow"/>
        </w:rPr>
        <w:t>מתי</w:t>
      </w:r>
      <w:r>
        <w:rPr>
          <w:rFonts w:ascii="Arial" w:hAnsi="Arial" w:cs="Arial"/>
          <w:b/>
          <w:sz w:val="21"/>
          <w:rtl w:val="1"/>
          <w:szCs w:val="21"/>
          <w:bCs/>
        </w:rPr>
        <w:t xml:space="preserve"> ו</w:t>
      </w:r>
      <w:r>
        <w:rPr>
          <w:rFonts w:ascii="Arial" w:hAnsi="Arial" w:cs="Arial"/>
          <w:b/>
          <w:sz w:val="21"/>
          <w:rtl w:val="1"/>
          <w:szCs w:val="21"/>
          <w:bCs/>
          <w:highlight w:val="yellow"/>
        </w:rPr>
        <w:t>איפה</w:t>
      </w:r>
      <w:r>
        <w:rPr>
          <w:rFonts w:ascii="Arial" w:hAnsi="Arial" w:cs="Arial"/>
          <w:b/>
          <w:sz w:val="21"/>
          <w:rtl w:val="1"/>
          <w:szCs w:val="21"/>
          <w:bCs/>
        </w:rPr>
        <w:t xml:space="preserve"> יתקיים יום הספורט והנתינה?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יום, שעות ומקום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ביום הספורט והנתינה ומבקשת שלושה פרטים: יום, שעות ומקום.</w:t>
      </w:r>
    </w:p>
    <w:p>
      <w:pPr>
        <w:bidi w:val="1"/>
        <w:jc w:val="right"/>
      </w:pPr>
      <w:r>
        <w:rPr>
          <w:rFonts w:ascii="Arial" w:hAnsi="Arial" w:cs="Arial"/>
          <w:b w:val="0"/>
          <w:sz w:val="20"/>
          <w:rtl w:val="1"/>
          <w:szCs w:val="20"/>
        </w:rPr>
        <w:t>מה עליי לעשות: לחפש בשורה שמתחת לכותרת את היום, השעות והמקום ולהעתיק אותם</w:t>
      </w:r>
    </w:p>
    <w:p>
      <w:pPr>
        <w:bidi w:val="1"/>
        <w:jc w:val="right"/>
      </w:pPr>
      <w:r>
        <w:rPr>
          <w:rFonts w:ascii="Arial" w:hAnsi="Arial" w:cs="Arial"/>
          <w:b w:val="0"/>
          <w:sz w:val="20"/>
          <w:rtl w:val="1"/>
          <w:szCs w:val="20"/>
        </w:rPr>
        <w:t>התשובה חייבת לכלול: היום; השעות; המקום</w:t>
      </w:r>
    </w:p>
    <w:p>
      <w:pPr>
        <w:bidi w:val="1"/>
        <w:jc w:val="right"/>
      </w:pPr>
      <w:r>
        <w:rPr>
          <w:rFonts w:ascii="Arial" w:hAnsi="Arial" w:cs="Arial"/>
          <w:b w:val="0"/>
          <w:color w:val="2B5F2B"/>
          <w:sz w:val="20"/>
          <w:rtl w:val="1"/>
          <w:szCs w:val="20"/>
        </w:rPr>
        <w:t>תשובה לדוגמה: האירוע יתקיים ביום שישי, 14 בחודש, בשעות 9:00–13:00, במגרש הספורט של בית הספר.</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מי</w:t>
      </w:r>
      <w:r>
        <w:rPr>
          <w:rFonts w:ascii="Arial" w:hAnsi="Arial" w:cs="Arial"/>
          <w:b/>
          <w:sz w:val="21"/>
          <w:rtl w:val="1"/>
          <w:szCs w:val="21"/>
          <w:bCs/>
        </w:rPr>
        <w:t xml:space="preserve"> יכול להשתתף במרוץ השליחים המשפחתי? </w:t>
      </w:r>
      <w:r>
        <w:rPr>
          <w:rFonts w:ascii="Arial" w:hAnsi="Arial" w:cs="Arial"/>
          <w:b/>
          <w:sz w:val="21"/>
          <w:rtl w:val="1"/>
          <w:szCs w:val="21"/>
          <w:bCs/>
          <w:highlight w:val="yellow"/>
        </w:rPr>
        <w:t>על פי תיבה 1</w:t>
      </w:r>
      <w:r>
        <w:rPr>
          <w:rFonts w:ascii="Arial" w:hAnsi="Arial" w:cs="Arial"/>
          <w:b/>
          <w:sz w:val="21"/>
          <w:rtl w:val="1"/>
          <w:szCs w:val="21"/>
          <w:bCs/>
        </w:rPr>
        <w:t xml:space="preserve">,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w:t>
      </w:r>
      <w:r>
        <w:rPr>
          <w:rFonts w:ascii="Arial" w:hAnsi="Arial" w:cs="Arial"/>
          <w:b/>
          <w:sz w:val="21"/>
          <w:rtl w:val="1"/>
          <w:szCs w:val="21"/>
          <w:bCs/>
        </w:rPr>
        <w:t xml:space="preserve"> בני משפחה שיכולים להצטרף לקבוצה.</w:t>
      </w:r>
    </w:p>
    <w:p>
      <w:pPr>
        <w:bidi w:val="1"/>
        <w:jc w:val="right"/>
      </w:pPr>
      <w:r>
        <w:rPr>
          <w:rFonts w:ascii="Arial" w:hAnsi="Arial" w:cs="Arial"/>
          <w:b w:val="0"/>
          <w:sz w:val="20"/>
          <w:rtl w:val="1"/>
          <w:szCs w:val="20"/>
        </w:rPr>
        <w:t>מה השאלה מספרת: השאלה מפנה לתיבה 1 ולמרוץ השליחים, ומבקשת שתי דוגמאות של בני משפחה.</w:t>
      </w:r>
    </w:p>
    <w:p>
      <w:pPr>
        <w:bidi w:val="1"/>
        <w:jc w:val="right"/>
      </w:pPr>
      <w:r>
        <w:rPr>
          <w:rFonts w:ascii="Arial" w:hAnsi="Arial" w:cs="Arial"/>
          <w:b w:val="0"/>
          <w:sz w:val="20"/>
          <w:rtl w:val="1"/>
          <w:szCs w:val="20"/>
        </w:rPr>
        <w:t>מה עליי לעשות: לקרוא את תיבה 1 ולכתוב שני בני משפחה מתוך הרשימה</w:t>
      </w:r>
    </w:p>
    <w:p>
      <w:pPr>
        <w:bidi w:val="1"/>
        <w:jc w:val="right"/>
      </w:pPr>
      <w:r>
        <w:rPr>
          <w:rFonts w:ascii="Arial" w:hAnsi="Arial" w:cs="Arial"/>
          <w:b w:val="0"/>
          <w:sz w:val="20"/>
          <w:rtl w:val="1"/>
          <w:szCs w:val="20"/>
        </w:rPr>
        <w:t>התשובה חייבת לכלול: בן משפחה ראשון; בן משפחה שני; התאמה למה שכתוב בתיבה 1</w:t>
      </w:r>
    </w:p>
    <w:p>
      <w:pPr>
        <w:bidi w:val="1"/>
        <w:jc w:val="right"/>
      </w:pPr>
      <w:r>
        <w:rPr>
          <w:rFonts w:ascii="Arial" w:hAnsi="Arial" w:cs="Arial"/>
          <w:b w:val="0"/>
          <w:color w:val="2B5F2B"/>
          <w:sz w:val="20"/>
          <w:rtl w:val="1"/>
          <w:szCs w:val="20"/>
        </w:rPr>
        <w:t>תשובה לדוגמה: במרוץ משתתפים תלמיד או תלמידה יחד עם בן משפחה אחד לפחות, למשל הורה וסבתא (אפשר גם סבא, אח או אחות).</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מה</w:t>
      </w:r>
      <w:r>
        <w:rPr>
          <w:rFonts w:ascii="Arial" w:hAnsi="Arial" w:cs="Arial"/>
          <w:b/>
          <w:sz w:val="21"/>
          <w:rtl w:val="1"/>
          <w:szCs w:val="21"/>
          <w:bCs/>
        </w:rPr>
        <w:t xml:space="preserve"> מתבקשת </w:t>
      </w:r>
      <w:r>
        <w:rPr>
          <w:rFonts w:ascii="Arial" w:hAnsi="Arial" w:cs="Arial"/>
          <w:b/>
          <w:sz w:val="21"/>
          <w:rtl w:val="1"/>
          <w:szCs w:val="21"/>
          <w:bCs/>
          <w:highlight w:val="yellow"/>
        </w:rPr>
        <w:t>כל משפחה</w:t>
      </w:r>
      <w:r>
        <w:rPr>
          <w:rFonts w:ascii="Arial" w:hAnsi="Arial" w:cs="Arial"/>
          <w:b/>
          <w:sz w:val="21"/>
          <w:rtl w:val="1"/>
          <w:szCs w:val="21"/>
          <w:bCs/>
        </w:rPr>
        <w:t xml:space="preserve"> </w:t>
      </w:r>
      <w:r>
        <w:rPr>
          <w:rFonts w:ascii="Arial" w:hAnsi="Arial" w:cs="Arial"/>
          <w:b/>
          <w:sz w:val="21"/>
          <w:rtl w:val="1"/>
          <w:szCs w:val="21"/>
          <w:bCs/>
          <w:highlight w:val="yellow"/>
        </w:rPr>
        <w:t>להביא</w:t>
      </w:r>
      <w:r>
        <w:rPr>
          <w:rFonts w:ascii="Arial" w:hAnsi="Arial" w:cs="Arial"/>
          <w:b/>
          <w:sz w:val="21"/>
          <w:rtl w:val="1"/>
          <w:szCs w:val="21"/>
          <w:bCs/>
        </w:rPr>
        <w:t xml:space="preserve"> </w:t>
      </w:r>
      <w:r>
        <w:rPr>
          <w:rFonts w:ascii="Arial" w:hAnsi="Arial" w:cs="Arial"/>
          <w:b/>
          <w:sz w:val="21"/>
          <w:rtl w:val="1"/>
          <w:szCs w:val="21"/>
          <w:bCs/>
          <w:highlight w:val="yellow"/>
        </w:rPr>
        <w:t>לפינת הנתינה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בפינת הנתינה (תיבה 2) ובמה שהמשפחות צריכות להביא.</w:t>
      </w:r>
    </w:p>
    <w:p>
      <w:pPr>
        <w:bidi w:val="1"/>
        <w:jc w:val="right"/>
      </w:pPr>
      <w:r>
        <w:rPr>
          <w:rFonts w:ascii="Arial" w:hAnsi="Arial" w:cs="Arial"/>
          <w:b w:val="0"/>
          <w:sz w:val="20"/>
          <w:rtl w:val="1"/>
          <w:szCs w:val="20"/>
        </w:rPr>
        <w:t>מה עליי לעשות: לחפש בתיבה 2 את הבקשה מהמשפחות ולכתוב אותה</w:t>
      </w:r>
    </w:p>
    <w:p>
      <w:pPr>
        <w:bidi w:val="1"/>
        <w:jc w:val="right"/>
      </w:pPr>
      <w:r>
        <w:rPr>
          <w:rFonts w:ascii="Arial" w:hAnsi="Arial" w:cs="Arial"/>
          <w:b w:val="0"/>
          <w:sz w:val="20"/>
          <w:rtl w:val="1"/>
          <w:szCs w:val="20"/>
        </w:rPr>
        <w:t>התשובה חייבת לכלול: משחק קופסה שלם; או ספר ילדים במצב טוב</w:t>
      </w:r>
    </w:p>
    <w:p>
      <w:pPr>
        <w:bidi w:val="1"/>
        <w:jc w:val="right"/>
      </w:pPr>
      <w:r>
        <w:rPr>
          <w:rFonts w:ascii="Arial" w:hAnsi="Arial" w:cs="Arial"/>
          <w:b w:val="0"/>
          <w:color w:val="2B5F2B"/>
          <w:sz w:val="20"/>
          <w:rtl w:val="1"/>
          <w:szCs w:val="20"/>
        </w:rPr>
        <w:t>תשובה לדוגמה: כל משפחה מתבקשת להביא משחק קופסה שלם או ספר ילדים במצב טוב, לתרומה.</w:t>
      </w:r>
    </w:p>
    <w:p>
      <w:pPr>
        <w:bidi w:val="1"/>
        <w:jc w:val="right"/>
      </w:pPr>
      <w:r>
        <w:rPr>
          <w:rFonts w:ascii="Arial" w:hAnsi="Arial" w:cs="Arial"/>
          <w:b/>
          <w:color w:val="2B8F86"/>
          <w:sz w:val="21"/>
          <w:rtl w:val="1"/>
          <w:szCs w:val="21"/>
          <w:bCs/>
        </w:rPr>
        <w:t xml:space="preserve">4. [פרשנות והיסק · 15 נק׳] </w:t>
      </w:r>
      <w:r>
        <w:rPr>
          <w:rFonts w:ascii="Arial" w:hAnsi="Arial" w:cs="Arial"/>
          <w:b/>
          <w:sz w:val="21"/>
          <w:rtl w:val="1"/>
          <w:szCs w:val="21"/>
          <w:bCs/>
          <w:highlight w:val="yellow"/>
        </w:rPr>
        <w:t>מדוע</w:t>
      </w:r>
      <w:r>
        <w:rPr>
          <w:rFonts w:ascii="Arial" w:hAnsi="Arial" w:cs="Arial"/>
          <w:b/>
          <w:sz w:val="21"/>
          <w:rtl w:val="1"/>
          <w:szCs w:val="21"/>
          <w:bCs/>
        </w:rPr>
        <w:t xml:space="preserve"> לדעתכם כתבו במודעה שבכל תחנה "יש דרך להשתתף גם בלי לרוץ"? </w:t>
      </w:r>
      <w:r>
        <w:rPr>
          <w:rFonts w:ascii="Arial" w:hAnsi="Arial" w:cs="Arial"/>
          <w:b/>
          <w:sz w:val="21"/>
          <w:rtl w:val="1"/>
          <w:szCs w:val="21"/>
          <w:bCs/>
          <w:highlight w:val="yellow"/>
        </w:rPr>
        <w:t>הסבירו</w:t>
      </w:r>
      <w:r>
        <w:rPr>
          <w:rFonts w:ascii="Arial" w:hAnsi="Arial" w:cs="Arial"/>
          <w:b/>
          <w:sz w:val="21"/>
          <w:rtl w:val="1"/>
          <w:szCs w:val="21"/>
          <w:bCs/>
        </w:rPr>
        <w:t xml:space="preserve"> </w:t>
      </w:r>
      <w:r>
        <w:rPr>
          <w:rFonts w:ascii="Arial" w:hAnsi="Arial" w:cs="Arial"/>
          <w:b/>
          <w:sz w:val="21"/>
          <w:rtl w:val="1"/>
          <w:szCs w:val="21"/>
          <w:bCs/>
          <w:highlight w:val="yellow"/>
        </w:rPr>
        <w:t>מה אפשר להסיק</w:t>
      </w:r>
      <w:r>
        <w:rPr>
          <w:rFonts w:ascii="Arial" w:hAnsi="Arial" w:cs="Arial"/>
          <w:b/>
          <w:sz w:val="21"/>
          <w:rtl w:val="1"/>
          <w:szCs w:val="21"/>
          <w:bCs/>
        </w:rPr>
        <w:t xml:space="preserve"> מכך על </w:t>
      </w:r>
      <w:r>
        <w:rPr>
          <w:rFonts w:ascii="Arial" w:hAnsi="Arial" w:cs="Arial"/>
          <w:b/>
          <w:sz w:val="21"/>
          <w:rtl w:val="1"/>
          <w:szCs w:val="21"/>
          <w:bCs/>
          <w:highlight w:val="yellow"/>
        </w:rPr>
        <w:t>מארגני האירוע</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משפט מתיבה 3 ומבקשת להבין את הסיבה לכתיבתו ולהסיק מסקנה על המארגנים.</w:t>
      </w:r>
    </w:p>
    <w:p>
      <w:pPr>
        <w:bidi w:val="1"/>
        <w:jc w:val="right"/>
      </w:pPr>
      <w:r>
        <w:rPr>
          <w:rFonts w:ascii="Arial" w:hAnsi="Arial" w:cs="Arial"/>
          <w:b w:val="0"/>
          <w:sz w:val="20"/>
          <w:rtl w:val="1"/>
          <w:szCs w:val="20"/>
        </w:rPr>
        <w:t>מה עליי לעשות: להבין למי המשפט מיועד ולכתוב מה הוא מלמד על המארגנים</w:t>
      </w:r>
    </w:p>
    <w:p>
      <w:pPr>
        <w:bidi w:val="1"/>
        <w:jc w:val="right"/>
      </w:pPr>
      <w:r>
        <w:rPr>
          <w:rFonts w:ascii="Arial" w:hAnsi="Arial" w:cs="Arial"/>
          <w:b w:val="0"/>
          <w:sz w:val="20"/>
          <w:rtl w:val="1"/>
          <w:szCs w:val="20"/>
        </w:rPr>
        <w:t>התשובה חייבת לכלול: הסבר למי המשפט מיועד (מי שלא יכול או לא אוהב לרוץ); מסקנה על המארגנים (רוצים שכולם ירגישו רצויים); קישור למשפט על ההנגשה בתיבה 3</w:t>
      </w:r>
    </w:p>
    <w:p>
      <w:pPr>
        <w:bidi w:val="1"/>
        <w:jc w:val="right"/>
      </w:pPr>
      <w:r>
        <w:rPr>
          <w:rFonts w:ascii="Arial" w:hAnsi="Arial" w:cs="Arial"/>
          <w:b w:val="0"/>
          <w:color w:val="2B5F2B"/>
          <w:sz w:val="20"/>
          <w:rtl w:val="1"/>
          <w:szCs w:val="20"/>
        </w:rPr>
        <w:t>תשובה לדוגמה: 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p>
      <w:pPr>
        <w:bidi w:val="1"/>
        <w:jc w:val="right"/>
      </w:pPr>
      <w:r>
        <w:rPr>
          <w:rFonts w:ascii="Arial" w:hAnsi="Arial" w:cs="Arial"/>
          <w:b/>
          <w:color w:val="2B8F86"/>
          <w:sz w:val="21"/>
          <w:rtl w:val="1"/>
          <w:szCs w:val="21"/>
          <w:bCs/>
        </w:rPr>
        <w:t xml:space="preserve">5. [פרשנות והיסק · 15 נק׳] </w:t>
      </w:r>
      <w:r>
        <w:rPr>
          <w:rFonts w:ascii="Arial" w:hAnsi="Arial" w:cs="Arial"/>
          <w:b/>
          <w:sz w:val="21"/>
          <w:rtl w:val="1"/>
          <w:szCs w:val="21"/>
          <w:bCs/>
          <w:highlight w:val="yellow"/>
        </w:rPr>
        <w:t>מה הקשר</w:t>
      </w:r>
      <w:r>
        <w:rPr>
          <w:rFonts w:ascii="Arial" w:hAnsi="Arial" w:cs="Arial"/>
          <w:b/>
          <w:sz w:val="21"/>
          <w:rtl w:val="1"/>
          <w:szCs w:val="21"/>
          <w:bCs/>
        </w:rPr>
        <w:t xml:space="preserve"> בין </w:t>
      </w:r>
      <w:r>
        <w:rPr>
          <w:rFonts w:ascii="Arial" w:hAnsi="Arial" w:cs="Arial"/>
          <w:b/>
          <w:sz w:val="21"/>
          <w:rtl w:val="1"/>
          <w:szCs w:val="21"/>
          <w:bCs/>
          <w:highlight w:val="yellow"/>
        </w:rPr>
        <w:t>הכותרת</w:t>
      </w:r>
      <w:r>
        <w:rPr>
          <w:rFonts w:ascii="Arial" w:hAnsi="Arial" w:cs="Arial"/>
          <w:b/>
          <w:sz w:val="21"/>
          <w:rtl w:val="1"/>
          <w:szCs w:val="21"/>
          <w:bCs/>
        </w:rPr>
        <w:t xml:space="preserve"> "יום ספורט ונתינה" לבין שני חלקי האירוע המתוארים ב</w:t>
      </w:r>
      <w:r>
        <w:rPr>
          <w:rFonts w:ascii="Arial" w:hAnsi="Arial" w:cs="Arial"/>
          <w:b/>
          <w:sz w:val="21"/>
          <w:rtl w:val="1"/>
          <w:szCs w:val="21"/>
          <w:bCs/>
          <w:highlight w:val="yellow"/>
        </w:rPr>
        <w:t>תיבות 1 ו־2</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הכותרת ומפנה לתיבות 1 ו־2.</w:t>
      </w:r>
    </w:p>
    <w:p>
      <w:pPr>
        <w:bidi w:val="1"/>
        <w:jc w:val="right"/>
      </w:pPr>
      <w:r>
        <w:rPr>
          <w:rFonts w:ascii="Arial" w:hAnsi="Arial" w:cs="Arial"/>
          <w:b w:val="0"/>
          <w:sz w:val="20"/>
          <w:rtl w:val="1"/>
          <w:szCs w:val="20"/>
        </w:rPr>
        <w:t>מה עליי לעשות: להתאים כל חלק בכותרת לתיבה המתאימה ולהסביר את הקשר</w:t>
      </w:r>
    </w:p>
    <w:p>
      <w:pPr>
        <w:bidi w:val="1"/>
        <w:jc w:val="right"/>
      </w:pPr>
      <w:r>
        <w:rPr>
          <w:rFonts w:ascii="Arial" w:hAnsi="Arial" w:cs="Arial"/>
          <w:b w:val="0"/>
          <w:sz w:val="20"/>
          <w:rtl w:val="1"/>
          <w:szCs w:val="20"/>
        </w:rPr>
        <w:t>התשובה חייבת לכלול: "ספורט" = תיבה 1 (מרוץ ותחנות משחק); "נתינה" = תיבה 2 (פינת הנתינה); משפט שמסביר שהכותרת מסכמת את שני החלקים</w:t>
      </w:r>
    </w:p>
    <w:p>
      <w:pPr>
        <w:bidi w:val="1"/>
        <w:jc w:val="right"/>
      </w:pPr>
      <w:r>
        <w:rPr>
          <w:rFonts w:ascii="Arial" w:hAnsi="Arial" w:cs="Arial"/>
          <w:b w:val="0"/>
          <w:color w:val="2B5F2B"/>
          <w:sz w:val="20"/>
          <w:rtl w:val="1"/>
          <w:szCs w:val="20"/>
        </w:rPr>
        <w:t>תשובה לדוגמה: הכותרת מורכבת משני חלקים, וכל אחד מהם מתאים לתיבה אחרת: "ספורט" מתאר את תיבה 1 – מרוץ השליחים ותחנות המשחק, ו"נתינה" מתארת את תיבה 2 – הכנת ערכות לגן, צביעת עציצים לבית האבות וכתיבת גלויות. כך הכותרת מסכמת בקצרה את שני חלקי האירוע.</w:t>
      </w:r>
    </w:p>
    <w:p>
      <w:pPr>
        <w:bidi w:val="1"/>
        <w:jc w:val="right"/>
      </w:pPr>
      <w:r>
        <w:rPr>
          <w:rFonts w:ascii="Arial" w:hAnsi="Arial" w:cs="Arial"/>
          <w:b/>
          <w:color w:val="2B8F86"/>
          <w:sz w:val="21"/>
          <w:rtl w:val="1"/>
          <w:szCs w:val="21"/>
          <w:bCs/>
        </w:rPr>
        <w:t xml:space="preserve">6. [פרשנות והיסק · 15 נק׳] </w:t>
      </w:r>
      <w:r>
        <w:rPr>
          <w:rFonts w:ascii="Arial" w:hAnsi="Arial" w:cs="Arial"/>
          <w:b/>
          <w:sz w:val="21"/>
          <w:rtl w:val="1"/>
          <w:szCs w:val="21"/>
          <w:bCs/>
          <w:highlight w:val="yellow"/>
        </w:rPr>
        <w:t>למי</w:t>
      </w:r>
      <w:r>
        <w:rPr>
          <w:rFonts w:ascii="Arial" w:hAnsi="Arial" w:cs="Arial"/>
          <w:b/>
          <w:sz w:val="21"/>
          <w:rtl w:val="1"/>
          <w:szCs w:val="21"/>
          <w:bCs/>
        </w:rPr>
        <w:t xml:space="preserve"> </w:t>
      </w:r>
      <w:r>
        <w:rPr>
          <w:rFonts w:ascii="Arial" w:hAnsi="Arial" w:cs="Arial"/>
          <w:b/>
          <w:sz w:val="21"/>
          <w:rtl w:val="1"/>
          <w:szCs w:val="21"/>
          <w:bCs/>
          <w:highlight w:val="yellow"/>
        </w:rPr>
        <w:t>מיועדת</w:t>
      </w:r>
      <w:r>
        <w:rPr>
          <w:rFonts w:ascii="Arial" w:hAnsi="Arial" w:cs="Arial"/>
          <w:b/>
          <w:sz w:val="21"/>
          <w:rtl w:val="1"/>
          <w:szCs w:val="21"/>
          <w:bCs/>
        </w:rPr>
        <w:t xml:space="preserve"> המודעה? </w:t>
      </w:r>
      <w:r>
        <w:rPr>
          <w:rFonts w:ascii="Arial" w:hAnsi="Arial" w:cs="Arial"/>
          <w:b/>
          <w:sz w:val="21"/>
          <w:rtl w:val="1"/>
          <w:szCs w:val="21"/>
          <w:bCs/>
          <w:highlight w:val="yellow"/>
        </w:rPr>
        <w:t>הביאו</w:t>
      </w:r>
      <w:r>
        <w:rPr>
          <w:rFonts w:ascii="Arial" w:hAnsi="Arial" w:cs="Arial"/>
          <w:b/>
          <w:sz w:val="21"/>
          <w:rtl w:val="1"/>
          <w:szCs w:val="21"/>
          <w:bCs/>
        </w:rPr>
        <w:t xml:space="preserve"> </w:t>
      </w:r>
      <w:r>
        <w:rPr>
          <w:rFonts w:ascii="Arial" w:hAnsi="Arial" w:cs="Arial"/>
          <w:b/>
          <w:sz w:val="21"/>
          <w:rtl w:val="1"/>
          <w:szCs w:val="21"/>
          <w:bCs/>
          <w:highlight w:val="yellow"/>
        </w:rPr>
        <w:t>שתי ראיות</w:t>
      </w:r>
      <w:r>
        <w:rPr>
          <w:rFonts w:ascii="Arial" w:hAnsi="Arial" w:cs="Arial"/>
          <w:b/>
          <w:sz w:val="21"/>
          <w:rtl w:val="1"/>
          <w:szCs w:val="21"/>
          <w:bCs/>
        </w:rPr>
        <w:t xml:space="preserve"> מן המודעה לתשובתכם.</w:t>
      </w:r>
    </w:p>
    <w:p>
      <w:pPr>
        <w:bidi w:val="1"/>
        <w:jc w:val="right"/>
      </w:pPr>
      <w:r>
        <w:rPr>
          <w:rFonts w:ascii="Arial" w:hAnsi="Arial" w:cs="Arial"/>
          <w:b w:val="0"/>
          <w:sz w:val="20"/>
          <w:rtl w:val="1"/>
          <w:szCs w:val="20"/>
        </w:rPr>
        <w:t>מה השאלה מספרת: השאלה עוסקת בקהל היעד של המודעה ומבקשת שתי ראיות.</w:t>
      </w:r>
    </w:p>
    <w:p>
      <w:pPr>
        <w:bidi w:val="1"/>
        <w:jc w:val="right"/>
      </w:pPr>
      <w:r>
        <w:rPr>
          <w:rFonts w:ascii="Arial" w:hAnsi="Arial" w:cs="Arial"/>
          <w:b w:val="0"/>
          <w:sz w:val="20"/>
          <w:rtl w:val="1"/>
          <w:szCs w:val="20"/>
        </w:rPr>
        <w:t>מה עליי לעשות: לזהות למי פונים במודעה ולמצוא שני משפטים שמוכיחים זאת</w:t>
      </w:r>
    </w:p>
    <w:p>
      <w:pPr>
        <w:bidi w:val="1"/>
        <w:jc w:val="right"/>
      </w:pPr>
      <w:r>
        <w:rPr>
          <w:rFonts w:ascii="Arial" w:hAnsi="Arial" w:cs="Arial"/>
          <w:b w:val="0"/>
          <w:sz w:val="20"/>
          <w:rtl w:val="1"/>
          <w:szCs w:val="20"/>
        </w:rPr>
        <w:t>התשובה חייבת לכלול: קהל היעד: תלמידי השכבה ומשפחותיהם; ראיה ראשונה מהמודעה; ראיה שנייה מהמודעה</w:t>
      </w:r>
    </w:p>
    <w:p>
      <w:pPr>
        <w:bidi w:val="1"/>
        <w:jc w:val="right"/>
      </w:pPr>
      <w:r>
        <w:rPr>
          <w:rFonts w:ascii="Arial" w:hAnsi="Arial" w:cs="Arial"/>
          <w:b w:val="0"/>
          <w:color w:val="2B5F2B"/>
          <w:sz w:val="20"/>
          <w:rtl w:val="1"/>
          <w:szCs w:val="20"/>
        </w:rPr>
        <w:t>תשובה לדוגמה: המודעה מיועדת לתלמידי השכבה ולבני המשפחות שלהם. ראיה 1: בכותרת כתוב "בואו בכל המשפחה". ראיה 2: ההרשמה היא אצל המחנכים והמחנכות או בטופס שבאתר הכיתה, ובמרוץ כל קבוצה כוללת תלמיד או תלמידה ובן משפחה.</w:t>
      </w:r>
    </w:p>
    <w:p>
      <w:pPr>
        <w:bidi w:val="1"/>
        <w:jc w:val="right"/>
      </w:pPr>
      <w:r>
        <w:rPr>
          <w:rFonts w:ascii="Arial" w:hAnsi="Arial" w:cs="Arial"/>
          <w:b/>
          <w:color w:val="2B8F86"/>
          <w:sz w:val="21"/>
          <w:rtl w:val="1"/>
          <w:szCs w:val="21"/>
          <w:bCs/>
        </w:rPr>
        <w:t xml:space="preserve">7. [הערכה וביקורת · 10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המשפט המודגש</w:t>
      </w:r>
      <w:r>
        <w:rPr>
          <w:rFonts w:ascii="Arial" w:hAnsi="Arial" w:cs="Arial"/>
          <w:b/>
          <w:sz w:val="21"/>
          <w:rtl w:val="1"/>
          <w:szCs w:val="21"/>
          <w:bCs/>
        </w:rPr>
        <w:t xml:space="preserve"> בתחתית המודעה: "כשמזיזים את הגוף – גם הלב זז!"? האם </w:t>
      </w:r>
      <w:r>
        <w:rPr>
          <w:rFonts w:ascii="Arial" w:hAnsi="Arial" w:cs="Arial"/>
          <w:b/>
          <w:sz w:val="21"/>
          <w:rtl w:val="1"/>
          <w:szCs w:val="21"/>
          <w:bCs/>
          <w:highlight w:val="yellow"/>
        </w:rPr>
        <w:t>לדעתכם</w:t>
      </w:r>
      <w:r>
        <w:rPr>
          <w:rFonts w:ascii="Arial" w:hAnsi="Arial" w:cs="Arial"/>
          <w:b/>
          <w:sz w:val="21"/>
          <w:rtl w:val="1"/>
          <w:szCs w:val="21"/>
          <w:bCs/>
        </w:rPr>
        <w:t xml:space="preserve"> הוא מתאים לסיום המודעה? </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משפט הסיום ושואלת על תפקידו ועל התאמתו.</w:t>
      </w:r>
    </w:p>
    <w:p>
      <w:pPr>
        <w:bidi w:val="1"/>
        <w:jc w:val="right"/>
      </w:pPr>
      <w:r>
        <w:rPr>
          <w:rFonts w:ascii="Arial" w:hAnsi="Arial" w:cs="Arial"/>
          <w:b w:val="0"/>
          <w:sz w:val="20"/>
          <w:rtl w:val="1"/>
          <w:szCs w:val="20"/>
        </w:rPr>
        <w:t>מה עליי לעשות: להסביר מה המשפט עושה (סיסמה, משחק מילים) ולהביע עמדה מנומקת</w:t>
      </w:r>
    </w:p>
    <w:p>
      <w:pPr>
        <w:bidi w:val="1"/>
        <w:jc w:val="right"/>
      </w:pPr>
      <w:r>
        <w:rPr>
          <w:rFonts w:ascii="Arial" w:hAnsi="Arial" w:cs="Arial"/>
          <w:b w:val="0"/>
          <w:sz w:val="20"/>
          <w:rtl w:val="1"/>
          <w:szCs w:val="20"/>
        </w:rPr>
        <w:t>התשובה חייבת לכלול: תפקיד המשפט: סיסמה קליטה שמסכמת ספורט ונתינה; עמדה: מתאים / לא מתאים; נימוק</w:t>
      </w:r>
    </w:p>
    <w:p>
      <w:pPr>
        <w:bidi w:val="1"/>
        <w:jc w:val="right"/>
      </w:pPr>
      <w:r>
        <w:rPr>
          <w:rFonts w:ascii="Arial" w:hAnsi="Arial" w:cs="Arial"/>
          <w:b w:val="0"/>
          <w:color w:val="2B5F2B"/>
          <w:sz w:val="20"/>
          <w:rtl w:val="1"/>
          <w:szCs w:val="20"/>
        </w:rPr>
        <w:t>תשובה לדוגמה: המשפט הוא סיסמה קצרה שנשארת בזיכרון. יש בו משחק מילים: "להזיז את הגוף" רומז לספורט, ו"הלב זז" רומז לרגש ולנתינה. לדעתי הוא מתאים לסיום, כי הוא מחבר את שני חלקי האירוע ומשאיר את הקוראים עם הרגשה טובה. (יש לקבל כל עמדה מנומקת.)</w:t>
      </w:r>
    </w:p>
    <w:p>
      <w:pPr>
        <w:bidi w:val="1"/>
        <w:jc w:val="right"/>
      </w:pPr>
      <w:r>
        <w:rPr>
          <w:rFonts w:ascii="Arial" w:hAnsi="Arial" w:cs="Arial"/>
          <w:b/>
          <w:color w:val="2B8F86"/>
          <w:sz w:val="21"/>
          <w:rtl w:val="1"/>
          <w:szCs w:val="21"/>
          <w:bCs/>
        </w:rPr>
        <w:t xml:space="preserve">8. [הערכה וביקורת · 15 נק׳] </w:t>
      </w:r>
      <w:r>
        <w:rPr>
          <w:rFonts w:ascii="Arial" w:hAnsi="Arial" w:cs="Arial"/>
          <w:b/>
          <w:sz w:val="21"/>
          <w:rtl w:val="1"/>
          <w:szCs w:val="21"/>
          <w:bCs/>
          <w:highlight w:val="yellow"/>
        </w:rPr>
        <w:t>האם</w:t>
      </w:r>
      <w:r>
        <w:rPr>
          <w:rFonts w:ascii="Arial" w:hAnsi="Arial" w:cs="Arial"/>
          <w:b/>
          <w:sz w:val="21"/>
          <w:rtl w:val="1"/>
          <w:szCs w:val="21"/>
          <w:bCs/>
        </w:rPr>
        <w:t xml:space="preserve"> המודעה </w:t>
      </w:r>
      <w:r>
        <w:rPr>
          <w:rFonts w:ascii="Arial" w:hAnsi="Arial" w:cs="Arial"/>
          <w:b/>
          <w:sz w:val="21"/>
          <w:rtl w:val="1"/>
          <w:szCs w:val="21"/>
          <w:bCs/>
          <w:highlight w:val="yellow"/>
        </w:rPr>
        <w:t>משכנעת</w:t>
      </w:r>
      <w:r>
        <w:rPr>
          <w:rFonts w:ascii="Arial" w:hAnsi="Arial" w:cs="Arial"/>
          <w:b/>
          <w:sz w:val="21"/>
          <w:rtl w:val="1"/>
          <w:szCs w:val="21"/>
          <w:bCs/>
        </w:rPr>
        <w:t xml:space="preserve"> אתכם להגיע לאירוע?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שני פרטים</w:t>
      </w:r>
      <w:r>
        <w:rPr>
          <w:rFonts w:ascii="Arial" w:hAnsi="Arial" w:cs="Arial"/>
          <w:b/>
          <w:sz w:val="21"/>
          <w:rtl w:val="1"/>
          <w:szCs w:val="21"/>
          <w:bCs/>
        </w:rPr>
        <w:t xml:space="preserve"> מן המודעה.</w:t>
      </w:r>
    </w:p>
    <w:p>
      <w:pPr>
        <w:bidi w:val="1"/>
        <w:jc w:val="right"/>
      </w:pPr>
      <w:r>
        <w:rPr>
          <w:rFonts w:ascii="Arial" w:hAnsi="Arial" w:cs="Arial"/>
          <w:b w:val="0"/>
          <w:sz w:val="20"/>
          <w:rtl w:val="1"/>
          <w:szCs w:val="20"/>
        </w:rPr>
        <w:t>מה השאלה מספרת: השאלה מבקשת עמדה אישית על כוח השכנוע של המודעה ושני פרטים מהמודעה כנימוק.</w:t>
      </w:r>
    </w:p>
    <w:p>
      <w:pPr>
        <w:bidi w:val="1"/>
        <w:jc w:val="right"/>
      </w:pPr>
      <w:r>
        <w:rPr>
          <w:rFonts w:ascii="Arial" w:hAnsi="Arial" w:cs="Arial"/>
          <w:b w:val="0"/>
          <w:sz w:val="20"/>
          <w:rtl w:val="1"/>
          <w:szCs w:val="20"/>
        </w:rPr>
        <w:t>מה עליי לעשות: לקבוע עמדה ולתמוך בה בשני פרטים מהמודעה</w:t>
      </w:r>
    </w:p>
    <w:p>
      <w:pPr>
        <w:bidi w:val="1"/>
        <w:jc w:val="right"/>
      </w:pPr>
      <w:r>
        <w:rPr>
          <w:rFonts w:ascii="Arial" w:hAnsi="Arial" w:cs="Arial"/>
          <w:b w:val="0"/>
          <w:sz w:val="20"/>
          <w:rtl w:val="1"/>
          <w:szCs w:val="20"/>
        </w:rPr>
        <w:t>התשובה חייבת לכלול: עמדה ברורה (כן / לא / חלקית); פרט ראשון מהמודעה + הסבר; פרט שני מהמודעה + הסבר</w:t>
      </w:r>
    </w:p>
    <w:p>
      <w:pPr>
        <w:bidi w:val="1"/>
        <w:jc w:val="right"/>
      </w:pPr>
      <w:r>
        <w:rPr>
          <w:rFonts w:ascii="Arial" w:hAnsi="Arial" w:cs="Arial"/>
          <w:b w:val="0"/>
          <w:color w:val="2B5F2B"/>
          <w:sz w:val="20"/>
          <w:rtl w:val="1"/>
          <w:szCs w:val="20"/>
        </w:rPr>
        <w:t>תשובה לדוגמה: דוגמה: כן, המודעה משכנעת אותי. ראשית, יש בה פעילויות מגוונות – מרוץ, קליעה לסל ומסלול מכשולים – כך שכל אחד ימצא משהו שהוא אוהב. שנית, הכניסה חופשית ויש ארוחת בוקר, ולכן קל לבוא בכל המשפחה. (יש לקבל כל עמדה מנומקת, גם עמדה שלילית, למשל: המודעה ארוכה מדי ויש בה הרבה פרטים קטנים.)</w:t>
      </w:r>
    </w:p>
    <w:p>
      <w:pPr>
        <w:pStyle w:val="Heading3"/>
        <w:bidi w:val="1"/>
        <w:jc w:val="right"/>
      </w:pPr>
      <w:r>
        <w:rPr>
          <w:rFonts w:ascii="Arial" w:hAnsi="Arial" w:cs="Arial"/>
          <w:b/>
          <w:color w:val="6B4FC4"/>
          <w:sz w:val="26"/>
          <w:rtl w:val="1"/>
          <w:szCs w:val="26"/>
          <w:bCs/>
        </w:rPr>
        <w:t>טקסט 2: מגרש חול שהפך לגינה ירוקה (כתבה)</w:t>
      </w:r>
    </w:p>
    <w:p>
      <w:pPr>
        <w:bidi w:val="1"/>
        <w:jc w:val="right"/>
      </w:pPr>
      <w:r>
        <w:rPr>
          <w:rFonts w:ascii="Arial" w:hAnsi="Arial" w:cs="Arial"/>
          <w:b/>
          <w:color w:val="2B8F86"/>
          <w:sz w:val="21"/>
          <w:rtl w:val="1"/>
          <w:szCs w:val="21"/>
          <w:bCs/>
        </w:rPr>
        <w:t xml:space="preserve">1.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שלושה</w:t>
      </w:r>
      <w:r>
        <w:rPr>
          <w:rFonts w:ascii="Arial" w:hAnsi="Arial" w:cs="Arial"/>
          <w:b/>
          <w:sz w:val="21"/>
          <w:rtl w:val="1"/>
          <w:szCs w:val="21"/>
          <w:bCs/>
        </w:rPr>
        <w:t xml:space="preserve"> </w:t>
      </w:r>
      <w:r>
        <w:rPr>
          <w:rFonts w:ascii="Arial" w:hAnsi="Arial" w:cs="Arial"/>
          <w:b/>
          <w:sz w:val="21"/>
          <w:rtl w:val="1"/>
          <w:szCs w:val="21"/>
          <w:bCs/>
          <w:highlight w:val="yellow"/>
        </w:rPr>
        <w:t>צמחים</w:t>
      </w:r>
      <w:r>
        <w:rPr>
          <w:rFonts w:ascii="Arial" w:hAnsi="Arial" w:cs="Arial"/>
          <w:b/>
          <w:sz w:val="21"/>
          <w:rtl w:val="1"/>
          <w:szCs w:val="21"/>
          <w:bCs/>
        </w:rPr>
        <w:t xml:space="preserve"> שגדלים היום </w:t>
      </w:r>
      <w:r>
        <w:rPr>
          <w:rFonts w:ascii="Arial" w:hAnsi="Arial" w:cs="Arial"/>
          <w:b/>
          <w:sz w:val="21"/>
          <w:rtl w:val="1"/>
          <w:szCs w:val="21"/>
          <w:bCs/>
          <w:highlight w:val="yellow"/>
        </w:rPr>
        <w:t>בגינה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בגינה ומבקשת בדיוק שלושה צמחים.</w:t>
      </w:r>
    </w:p>
    <w:p>
      <w:pPr>
        <w:bidi w:val="1"/>
        <w:jc w:val="right"/>
      </w:pPr>
      <w:r>
        <w:rPr>
          <w:rFonts w:ascii="Arial" w:hAnsi="Arial" w:cs="Arial"/>
          <w:b w:val="0"/>
          <w:sz w:val="20"/>
          <w:rtl w:val="1"/>
          <w:szCs w:val="20"/>
        </w:rPr>
        <w:t>מה עליי לעשות: לחפש בפסקה 1 את רשימת הצמחים ולכתוב שלושה מהם</w:t>
      </w:r>
    </w:p>
    <w:p>
      <w:pPr>
        <w:bidi w:val="1"/>
        <w:jc w:val="right"/>
      </w:pPr>
      <w:r>
        <w:rPr>
          <w:rFonts w:ascii="Arial" w:hAnsi="Arial" w:cs="Arial"/>
          <w:b w:val="0"/>
          <w:sz w:val="20"/>
          <w:rtl w:val="1"/>
          <w:szCs w:val="20"/>
        </w:rPr>
        <w:t>התשובה חייבת לכלול: צמח ראשון; צמח שני; צמח שלישי</w:t>
      </w:r>
    </w:p>
    <w:p>
      <w:pPr>
        <w:bidi w:val="1"/>
        <w:jc w:val="right"/>
      </w:pPr>
      <w:r>
        <w:rPr>
          <w:rFonts w:ascii="Arial" w:hAnsi="Arial" w:cs="Arial"/>
          <w:b w:val="0"/>
          <w:color w:val="2B5F2B"/>
          <w:sz w:val="20"/>
          <w:rtl w:val="1"/>
          <w:szCs w:val="20"/>
        </w:rPr>
        <w:t>תשובה לדוגמה: בגינה גדלים, למשל: עגבניות שרי, חסה ונענע (אפשר גם בזיליקום ופטרוזיליה).</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על פי פסקה 2</w:t>
      </w:r>
      <w:r>
        <w:rPr>
          <w:rFonts w:ascii="Arial" w:hAnsi="Arial" w:cs="Arial"/>
          <w:b/>
          <w:sz w:val="21"/>
          <w:rtl w:val="1"/>
          <w:szCs w:val="21"/>
          <w:bCs/>
        </w:rPr>
        <w:t xml:space="preserve">, </w:t>
      </w:r>
      <w:r>
        <w:rPr>
          <w:rFonts w:ascii="Arial" w:hAnsi="Arial" w:cs="Arial"/>
          <w:b/>
          <w:sz w:val="21"/>
          <w:rtl w:val="1"/>
          <w:szCs w:val="21"/>
          <w:bCs/>
          <w:highlight w:val="yellow"/>
        </w:rPr>
        <w:t>איזה צוותים</w:t>
      </w:r>
      <w:r>
        <w:rPr>
          <w:rFonts w:ascii="Arial" w:hAnsi="Arial" w:cs="Arial"/>
          <w:b/>
          <w:sz w:val="21"/>
          <w:rtl w:val="1"/>
          <w:szCs w:val="21"/>
          <w:bCs/>
        </w:rPr>
        <w:t xml:space="preserve"> הקימו התלמידים?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 צוותים</w:t>
      </w:r>
      <w:r>
        <w:rPr>
          <w:rFonts w:ascii="Arial" w:hAnsi="Arial" w:cs="Arial"/>
          <w:b/>
          <w:sz w:val="21"/>
          <w:rtl w:val="1"/>
          <w:szCs w:val="21"/>
          <w:bCs/>
        </w:rPr>
        <w:t xml:space="preserve"> ומה היה </w:t>
      </w:r>
      <w:r>
        <w:rPr>
          <w:rFonts w:ascii="Arial" w:hAnsi="Arial" w:cs="Arial"/>
          <w:b/>
          <w:sz w:val="21"/>
          <w:rtl w:val="1"/>
          <w:szCs w:val="21"/>
          <w:bCs/>
          <w:highlight w:val="yellow"/>
        </w:rPr>
        <w:t>תפקידו</w:t>
      </w:r>
      <w:r>
        <w:rPr>
          <w:rFonts w:ascii="Arial" w:hAnsi="Arial" w:cs="Arial"/>
          <w:b/>
          <w:sz w:val="21"/>
          <w:rtl w:val="1"/>
          <w:szCs w:val="21"/>
          <w:bCs/>
        </w:rPr>
        <w:t xml:space="preserve"> של כל אחד מהם.</w:t>
      </w:r>
    </w:p>
    <w:p>
      <w:pPr>
        <w:bidi w:val="1"/>
        <w:jc w:val="right"/>
      </w:pPr>
      <w:r>
        <w:rPr>
          <w:rFonts w:ascii="Arial" w:hAnsi="Arial" w:cs="Arial"/>
          <w:b w:val="0"/>
          <w:sz w:val="20"/>
          <w:rtl w:val="1"/>
          <w:szCs w:val="20"/>
        </w:rPr>
        <w:t>מה השאלה מספרת: השאלה מפנה לפסקה 2 ומבקשת שני צוותים ואת התפקיד של כל צוות.</w:t>
      </w:r>
    </w:p>
    <w:p>
      <w:pPr>
        <w:bidi w:val="1"/>
        <w:jc w:val="right"/>
      </w:pPr>
      <w:r>
        <w:rPr>
          <w:rFonts w:ascii="Arial" w:hAnsi="Arial" w:cs="Arial"/>
          <w:b w:val="0"/>
          <w:sz w:val="20"/>
          <w:rtl w:val="1"/>
          <w:szCs w:val="20"/>
        </w:rPr>
        <w:t>מה עליי לעשות: לחפש בפסקה 2 שני צוותים ולכתוב ליד כל אחד את תפקידו</w:t>
      </w:r>
    </w:p>
    <w:p>
      <w:pPr>
        <w:bidi w:val="1"/>
        <w:jc w:val="right"/>
      </w:pPr>
      <w:r>
        <w:rPr>
          <w:rFonts w:ascii="Arial" w:hAnsi="Arial" w:cs="Arial"/>
          <w:b w:val="0"/>
          <w:sz w:val="20"/>
          <w:rtl w:val="1"/>
          <w:szCs w:val="20"/>
        </w:rPr>
        <w:t>התשובה חייבת לכלול: שם צוות ראשון + תפקידו; שם צוות שני + תפקידו</w:t>
      </w:r>
    </w:p>
    <w:p>
      <w:pPr>
        <w:bidi w:val="1"/>
        <w:jc w:val="right"/>
      </w:pPr>
      <w:r>
        <w:rPr>
          <w:rFonts w:ascii="Arial" w:hAnsi="Arial" w:cs="Arial"/>
          <w:b w:val="0"/>
          <w:color w:val="2B5F2B"/>
          <w:sz w:val="20"/>
          <w:rtl w:val="1"/>
          <w:szCs w:val="20"/>
        </w:rPr>
        <w:t>תשובה לדוגמה: צוות התכנון מדד את השטח; צוות ההשקיה בדק כמה מים צריך כל צמח (וצוות התיעוד צילם וכתב יומן גינה).</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מה</w:t>
      </w:r>
      <w:r>
        <w:rPr>
          <w:rFonts w:ascii="Arial" w:hAnsi="Arial" w:cs="Arial"/>
          <w:b/>
          <w:sz w:val="21"/>
          <w:rtl w:val="1"/>
          <w:szCs w:val="21"/>
          <w:bCs/>
        </w:rPr>
        <w:t xml:space="preserve"> עשו התלמידים </w:t>
      </w:r>
      <w:r>
        <w:rPr>
          <w:rFonts w:ascii="Arial" w:hAnsi="Arial" w:cs="Arial"/>
          <w:b/>
          <w:sz w:val="21"/>
          <w:rtl w:val="1"/>
          <w:szCs w:val="21"/>
          <w:bCs/>
          <w:highlight w:val="yellow"/>
        </w:rPr>
        <w:t>כדי</w:t>
      </w:r>
      <w:r>
        <w:rPr>
          <w:rFonts w:ascii="Arial" w:hAnsi="Arial" w:cs="Arial"/>
          <w:b/>
          <w:sz w:val="21"/>
          <w:rtl w:val="1"/>
          <w:szCs w:val="21"/>
          <w:bCs/>
        </w:rPr>
        <w:t xml:space="preserve"> שהשתילים יפסיקו לנבול?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 פתרונות</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בבעיה של השתילים הנובלים (פסקה 3) ומבקשת שני פתרונות.</w:t>
      </w:r>
    </w:p>
    <w:p>
      <w:pPr>
        <w:bidi w:val="1"/>
        <w:jc w:val="right"/>
      </w:pPr>
      <w:r>
        <w:rPr>
          <w:rFonts w:ascii="Arial" w:hAnsi="Arial" w:cs="Arial"/>
          <w:b w:val="0"/>
          <w:sz w:val="20"/>
          <w:rtl w:val="1"/>
          <w:szCs w:val="20"/>
        </w:rPr>
        <w:t>מה עליי לעשות: למצוא בדברי יונתן את שני הפתרונות ולכתוב אותם</w:t>
      </w:r>
    </w:p>
    <w:p>
      <w:pPr>
        <w:bidi w:val="1"/>
        <w:jc w:val="right"/>
      </w:pPr>
      <w:r>
        <w:rPr>
          <w:rFonts w:ascii="Arial" w:hAnsi="Arial" w:cs="Arial"/>
          <w:b w:val="0"/>
          <w:sz w:val="20"/>
          <w:rtl w:val="1"/>
          <w:szCs w:val="20"/>
        </w:rPr>
        <w:t>התשובה חייבת לכלול: פתרון 1: השקיה מוקדם בבוקר; פתרון 2: שכבת עלים יבשים על האדמה</w:t>
      </w:r>
    </w:p>
    <w:p>
      <w:pPr>
        <w:bidi w:val="1"/>
        <w:jc w:val="right"/>
      </w:pPr>
      <w:r>
        <w:rPr>
          <w:rFonts w:ascii="Arial" w:hAnsi="Arial" w:cs="Arial"/>
          <w:b w:val="0"/>
          <w:color w:val="2B5F2B"/>
          <w:sz w:val="20"/>
          <w:rtl w:val="1"/>
          <w:szCs w:val="20"/>
        </w:rPr>
        <w:t>תשובה לדוגמה: התלמידים התחילו להשקות מוקדם בבוקר ולא בצהריים, ושמו שכבת עלים יבשים מעל האדמה כדי לשמור על הלחות.</w:t>
      </w:r>
    </w:p>
    <w:p>
      <w:pPr>
        <w:bidi w:val="1"/>
        <w:jc w:val="right"/>
      </w:pPr>
      <w:r>
        <w:rPr>
          <w:rFonts w:ascii="Arial" w:hAnsi="Arial" w:cs="Arial"/>
          <w:b/>
          <w:color w:val="2B8F86"/>
          <w:sz w:val="21"/>
          <w:rtl w:val="1"/>
          <w:szCs w:val="21"/>
          <w:bCs/>
        </w:rPr>
        <w:t xml:space="preserve">4. [פרשנות והיסק · 15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מדברי </w:t>
      </w:r>
      <w:r>
        <w:rPr>
          <w:rFonts w:ascii="Arial" w:hAnsi="Arial" w:cs="Arial"/>
          <w:b/>
          <w:sz w:val="21"/>
          <w:rtl w:val="1"/>
          <w:szCs w:val="21"/>
          <w:bCs/>
          <w:highlight w:val="yellow"/>
        </w:rPr>
        <w:t>יונתן</w:t>
      </w:r>
      <w:r>
        <w:rPr>
          <w:rFonts w:ascii="Arial" w:hAnsi="Arial" w:cs="Arial"/>
          <w:b/>
          <w:sz w:val="21"/>
          <w:rtl w:val="1"/>
          <w:szCs w:val="21"/>
          <w:bCs/>
        </w:rPr>
        <w:t xml:space="preserve"> </w:t>
      </w:r>
      <w:r>
        <w:rPr>
          <w:rFonts w:ascii="Arial" w:hAnsi="Arial" w:cs="Arial"/>
          <w:b/>
          <w:sz w:val="21"/>
          <w:rtl w:val="1"/>
          <w:szCs w:val="21"/>
          <w:bCs/>
          <w:highlight w:val="yellow"/>
        </w:rPr>
        <w:t>בפסקה 3</w:t>
      </w:r>
      <w:r>
        <w:rPr>
          <w:rFonts w:ascii="Arial" w:hAnsi="Arial" w:cs="Arial"/>
          <w:b/>
          <w:sz w:val="21"/>
          <w:rtl w:val="1"/>
          <w:szCs w:val="21"/>
          <w:bCs/>
        </w:rPr>
        <w:t xml:space="preserve"> על הדרך שבה </w:t>
      </w:r>
      <w:r>
        <w:rPr>
          <w:rFonts w:ascii="Arial" w:hAnsi="Arial" w:cs="Arial"/>
          <w:b/>
          <w:sz w:val="21"/>
          <w:rtl w:val="1"/>
          <w:szCs w:val="21"/>
          <w:bCs/>
          <w:highlight w:val="yellow"/>
        </w:rPr>
        <w:t>התמודדו</w:t>
      </w:r>
      <w:r>
        <w:rPr>
          <w:rFonts w:ascii="Arial" w:hAnsi="Arial" w:cs="Arial"/>
          <w:b/>
          <w:sz w:val="21"/>
          <w:rtl w:val="1"/>
          <w:szCs w:val="21"/>
          <w:bCs/>
        </w:rPr>
        <w:t xml:space="preserve"> התלמידים עם הקושי? </w:t>
      </w:r>
      <w:r>
        <w:rPr>
          <w:rFonts w:ascii="Arial" w:hAnsi="Arial" w:cs="Arial"/>
          <w:b/>
          <w:sz w:val="21"/>
          <w:rtl w:val="1"/>
          <w:szCs w:val="21"/>
          <w:bCs/>
          <w:highlight w:val="yellow"/>
        </w:rPr>
        <w:t>הסבירו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לדברי יונתן בפסקה 3 ועוסקת בהתמודדות עם קושי.</w:t>
      </w:r>
    </w:p>
    <w:p>
      <w:pPr>
        <w:bidi w:val="1"/>
        <w:jc w:val="right"/>
      </w:pPr>
      <w:r>
        <w:rPr>
          <w:rFonts w:ascii="Arial" w:hAnsi="Arial" w:cs="Arial"/>
          <w:b w:val="0"/>
          <w:sz w:val="20"/>
          <w:rtl w:val="1"/>
          <w:szCs w:val="20"/>
        </w:rPr>
        <w:t>מה עליי לעשות: לקרוא שוב את דברי יונתן, לזהות מה השתנה אצל התלמידים ולכתוב מסקנה עם הסבר</w:t>
      </w:r>
    </w:p>
    <w:p>
      <w:pPr>
        <w:bidi w:val="1"/>
        <w:jc w:val="right"/>
      </w:pPr>
      <w:r>
        <w:rPr>
          <w:rFonts w:ascii="Arial" w:hAnsi="Arial" w:cs="Arial"/>
          <w:b w:val="0"/>
          <w:sz w:val="20"/>
          <w:rtl w:val="1"/>
          <w:szCs w:val="20"/>
        </w:rPr>
        <w:t>התשובה חייבת לכלול: מסקנה: לא ויתרו, למדו מהטעות; ראיה מדברי יונתן ("בהתחלה התאכזבנו… אבל אז הבנו"); הסבר במילים שלי</w:t>
      </w:r>
    </w:p>
    <w:p>
      <w:pPr>
        <w:bidi w:val="1"/>
        <w:jc w:val="right"/>
      </w:pPr>
      <w:r>
        <w:rPr>
          <w:rFonts w:ascii="Arial" w:hAnsi="Arial" w:cs="Arial"/>
          <w:b w:val="0"/>
          <w:color w:val="2B5F2B"/>
          <w:sz w:val="20"/>
          <w:rtl w:val="1"/>
          <w:szCs w:val="20"/>
        </w:rPr>
        <w:t>תשובה לדוגמה: אפשר להסיק שהתלמידים לא ויתרו כשנכשלו, אלא למדו מהטעות. יונתן מודה שבהתחלה התאכזבו, אבל המילה "אבל" מראה שינוי: הם חיפשו את הסיבה (החום) ומצאו פתרונות – השקיה בבוקר ושכבת עלים. כלומר, הכישלון לימד אותם איך לגדל טוב יותר.</w:t>
      </w:r>
    </w:p>
    <w:p>
      <w:pPr>
        <w:bidi w:val="1"/>
        <w:jc w:val="right"/>
      </w:pPr>
      <w:r>
        <w:rPr>
          <w:rFonts w:ascii="Arial" w:hAnsi="Arial" w:cs="Arial"/>
          <w:b/>
          <w:color w:val="2B8F86"/>
          <w:sz w:val="21"/>
          <w:rtl w:val="1"/>
          <w:szCs w:val="21"/>
          <w:bCs/>
        </w:rPr>
        <w:t xml:space="preserve">5. [פרשנות והיסק · 15 נק׳] </w:t>
      </w:r>
      <w:r>
        <w:rPr>
          <w:rFonts w:ascii="Arial" w:hAnsi="Arial" w:cs="Arial"/>
          <w:b/>
          <w:sz w:val="21"/>
          <w:rtl w:val="1"/>
          <w:szCs w:val="21"/>
          <w:bCs/>
          <w:highlight w:val="yellow"/>
        </w:rPr>
        <w:t>מה הכוונה</w:t>
      </w:r>
      <w:r>
        <w:rPr>
          <w:rFonts w:ascii="Arial" w:hAnsi="Arial" w:cs="Arial"/>
          <w:b/>
          <w:sz w:val="21"/>
          <w:rtl w:val="1"/>
          <w:szCs w:val="21"/>
          <w:bCs/>
        </w:rPr>
        <w:t xml:space="preserve"> במשפט של </w:t>
      </w:r>
      <w:r>
        <w:rPr>
          <w:rFonts w:ascii="Arial" w:hAnsi="Arial" w:cs="Arial"/>
          <w:b/>
          <w:sz w:val="21"/>
          <w:rtl w:val="1"/>
          <w:szCs w:val="21"/>
          <w:bCs/>
          <w:highlight w:val="yellow"/>
        </w:rPr>
        <w:t>המחנכת</w:t>
      </w:r>
      <w:r>
        <w:rPr>
          <w:rFonts w:ascii="Arial" w:hAnsi="Arial" w:cs="Arial"/>
          <w:b/>
          <w:sz w:val="21"/>
          <w:rtl w:val="1"/>
          <w:szCs w:val="21"/>
          <w:bCs/>
        </w:rPr>
        <w:t xml:space="preserve">: "ושם הם מגלים כמה הם אחראים"? </w:t>
      </w:r>
      <w:r>
        <w:rPr>
          <w:rFonts w:ascii="Arial" w:hAnsi="Arial" w:cs="Arial"/>
          <w:b/>
          <w:sz w:val="21"/>
          <w:rtl w:val="1"/>
          <w:szCs w:val="21"/>
          <w:bCs/>
          <w:highlight w:val="yellow"/>
        </w:rPr>
        <w:t>הסבירו</w:t>
      </w:r>
      <w:r>
        <w:rPr>
          <w:rFonts w:ascii="Arial" w:hAnsi="Arial" w:cs="Arial"/>
          <w:b/>
          <w:sz w:val="21"/>
          <w:rtl w:val="1"/>
          <w:szCs w:val="21"/>
          <w:bCs/>
        </w:rPr>
        <w:t xml:space="preserve"> את המשפט </w:t>
      </w:r>
      <w:r>
        <w:rPr>
          <w:rFonts w:ascii="Arial" w:hAnsi="Arial" w:cs="Arial"/>
          <w:b/>
          <w:sz w:val="21"/>
          <w:rtl w:val="1"/>
          <w:szCs w:val="21"/>
          <w:bCs/>
          <w:highlight w:val="yellow"/>
        </w:rPr>
        <w:t>בהקשר של הכתבה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משפט של המחנכת מפסקה 4.</w:t>
      </w:r>
    </w:p>
    <w:p>
      <w:pPr>
        <w:bidi w:val="1"/>
        <w:jc w:val="right"/>
      </w:pPr>
      <w:r>
        <w:rPr>
          <w:rFonts w:ascii="Arial" w:hAnsi="Arial" w:cs="Arial"/>
          <w:b w:val="0"/>
          <w:sz w:val="20"/>
          <w:rtl w:val="1"/>
          <w:szCs w:val="20"/>
        </w:rPr>
        <w:t>מה עליי לעשות: להסביר במילים שלי את המשפט ולקשר אותו למה שקורה בגינה</w:t>
      </w:r>
    </w:p>
    <w:p>
      <w:pPr>
        <w:bidi w:val="1"/>
        <w:jc w:val="right"/>
      </w:pPr>
      <w:r>
        <w:rPr>
          <w:rFonts w:ascii="Arial" w:hAnsi="Arial" w:cs="Arial"/>
          <w:b w:val="0"/>
          <w:sz w:val="20"/>
          <w:rtl w:val="1"/>
          <w:szCs w:val="20"/>
        </w:rPr>
        <w:t>התשובה חייבת לכלול: הסבר המשפט במילים שלי; קשר לתלמידים שלא אוהבים לשבת בכיתה; דוגמה לאחריות בגינה (השקיה, טיפול בצמחים)</w:t>
      </w:r>
    </w:p>
    <w:p>
      <w:pPr>
        <w:bidi w:val="1"/>
        <w:jc w:val="right"/>
      </w:pPr>
      <w:r>
        <w:rPr>
          <w:rFonts w:ascii="Arial" w:hAnsi="Arial" w:cs="Arial"/>
          <w:b w:val="0"/>
          <w:color w:val="2B5F2B"/>
          <w:sz w:val="20"/>
          <w:rtl w:val="1"/>
          <w:szCs w:val="20"/>
        </w:rPr>
        <w:t>תשובה לדוגמה: המחנכת מתכוונת לכך שבגינה, תלמידים שבכיתה אולי נראים לא מרוכזים מגלים צד חדש בעצמם: הם דואגים לצמחים, משקים אותם בזמן ושומרים עליהם. האחריות הזו לא באה מציון או מעונש, אלא מתוך רצון שהגינה תצליח.</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בחר הכותב </w:t>
      </w:r>
      <w:r>
        <w:rPr>
          <w:rFonts w:ascii="Arial" w:hAnsi="Arial" w:cs="Arial"/>
          <w:b/>
          <w:sz w:val="21"/>
          <w:rtl w:val="1"/>
          <w:szCs w:val="21"/>
          <w:bCs/>
          <w:highlight w:val="yellow"/>
        </w:rPr>
        <w:t>לפתוח את הכתבה</w:t>
      </w:r>
      <w:r>
        <w:rPr>
          <w:rFonts w:ascii="Arial" w:hAnsi="Arial" w:cs="Arial"/>
          <w:b/>
          <w:sz w:val="21"/>
          <w:rtl w:val="1"/>
          <w:szCs w:val="21"/>
          <w:bCs/>
        </w:rPr>
        <w:t xml:space="preserve"> בתיאור של "חול יבש, קוצים ושקיות"? </w:t>
      </w:r>
      <w:r>
        <w:rPr>
          <w:rFonts w:ascii="Arial" w:hAnsi="Arial" w:cs="Arial"/>
          <w:b/>
          <w:sz w:val="21"/>
          <w:rtl w:val="1"/>
          <w:szCs w:val="21"/>
          <w:bCs/>
          <w:highlight w:val="yellow"/>
        </w:rPr>
        <w:t>הסבירו</w:t>
      </w:r>
      <w:r>
        <w:rPr>
          <w:rFonts w:ascii="Arial" w:hAnsi="Arial" w:cs="Arial"/>
          <w:b/>
          <w:sz w:val="21"/>
          <w:rtl w:val="1"/>
          <w:szCs w:val="21"/>
          <w:bCs/>
        </w:rPr>
        <w:t xml:space="preserve"> מה התיאור </w:t>
      </w:r>
      <w:r>
        <w:rPr>
          <w:rFonts w:ascii="Arial" w:hAnsi="Arial" w:cs="Arial"/>
          <w:b/>
          <w:sz w:val="21"/>
          <w:rtl w:val="1"/>
          <w:szCs w:val="21"/>
          <w:bCs/>
          <w:highlight w:val="yellow"/>
        </w:rPr>
        <w:t>מוסיף</w:t>
      </w:r>
      <w:r>
        <w:rPr>
          <w:rFonts w:ascii="Arial" w:hAnsi="Arial" w:cs="Arial"/>
          <w:b/>
          <w:sz w:val="21"/>
          <w:rtl w:val="1"/>
          <w:szCs w:val="21"/>
          <w:bCs/>
        </w:rPr>
        <w:t xml:space="preserve"> לכתבה.</w:t>
      </w:r>
    </w:p>
    <w:p>
      <w:pPr>
        <w:bidi w:val="1"/>
        <w:jc w:val="right"/>
      </w:pPr>
      <w:r>
        <w:rPr>
          <w:rFonts w:ascii="Arial" w:hAnsi="Arial" w:cs="Arial"/>
          <w:b w:val="0"/>
          <w:sz w:val="20"/>
          <w:rtl w:val="1"/>
          <w:szCs w:val="20"/>
        </w:rPr>
        <w:t>מה השאלה מספרת: השאלה מצטטת את תיאור הפתיחה (פסקה 1) ושואלת על מטרתו.</w:t>
      </w:r>
    </w:p>
    <w:p>
      <w:pPr>
        <w:bidi w:val="1"/>
        <w:jc w:val="right"/>
      </w:pPr>
      <w:r>
        <w:rPr>
          <w:rFonts w:ascii="Arial" w:hAnsi="Arial" w:cs="Arial"/>
          <w:b w:val="0"/>
          <w:sz w:val="20"/>
          <w:rtl w:val="1"/>
          <w:szCs w:val="20"/>
        </w:rPr>
        <w:t>מה עליי לעשות: להשוות בין "לפני" ל"אחרי" ולהסביר למה הפתיחה מחזקת את הכתבה</w:t>
      </w:r>
    </w:p>
    <w:p>
      <w:pPr>
        <w:bidi w:val="1"/>
        <w:jc w:val="right"/>
      </w:pPr>
      <w:r>
        <w:rPr>
          <w:rFonts w:ascii="Arial" w:hAnsi="Arial" w:cs="Arial"/>
          <w:b w:val="0"/>
          <w:sz w:val="20"/>
          <w:rtl w:val="1"/>
          <w:szCs w:val="20"/>
        </w:rPr>
        <w:t>התשובה חייבת לכלול: זיהוי הניגוד: לפני (עזוב) / אחרי (גינה ירוקה); הסבר: הניגוד מדגיש את גודל השינוי; קישור לכותרת</w:t>
      </w:r>
    </w:p>
    <w:p>
      <w:pPr>
        <w:bidi w:val="1"/>
        <w:jc w:val="right"/>
      </w:pPr>
      <w:r>
        <w:rPr>
          <w:rFonts w:ascii="Arial" w:hAnsi="Arial" w:cs="Arial"/>
          <w:b w:val="0"/>
          <w:color w:val="2B5F2B"/>
          <w:sz w:val="20"/>
          <w:rtl w:val="1"/>
          <w:szCs w:val="20"/>
        </w:rPr>
        <w:t>תשובה לדוגמה: הכותב פתח בתיאור המקום העזוב כדי ליצור ניגוד בין "לפני" ל"אחרי". כשהקוראים רואים כמה המקום היה מוזנח, הם מבינים טוב יותר כמה גדול השינוי שעשו התלמידים. זה מתאים גם לכותרת "מגרש חול שהפך לגינה ירוקה".</w:t>
      </w:r>
    </w:p>
    <w:p>
      <w:pPr>
        <w:bidi w:val="1"/>
        <w:jc w:val="right"/>
      </w:pPr>
      <w:r>
        <w:rPr>
          <w:rFonts w:ascii="Arial" w:hAnsi="Arial" w:cs="Arial"/>
          <w:b/>
          <w:color w:val="2B8F86"/>
          <w:sz w:val="21"/>
          <w:rtl w:val="1"/>
          <w:szCs w:val="21"/>
          <w:bCs/>
        </w:rPr>
        <w:t xml:space="preserve">7. [הערכה וביקורת · 15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כדאי שבכל בית ספר תהיה גינה שהתלמידים מטפלים בה?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ב</w:t>
      </w:r>
      <w:r>
        <w:rPr>
          <w:rFonts w:ascii="Arial" w:hAnsi="Arial" w:cs="Arial"/>
          <w:b/>
          <w:sz w:val="21"/>
          <w:rtl w:val="1"/>
          <w:szCs w:val="21"/>
          <w:bCs/>
          <w:highlight w:val="yellow"/>
        </w:rPr>
        <w:t>שני נימוקים</w:t>
      </w:r>
      <w:r>
        <w:rPr>
          <w:rFonts w:ascii="Arial" w:hAnsi="Arial" w:cs="Arial"/>
          <w:b/>
          <w:sz w:val="21"/>
          <w:rtl w:val="1"/>
          <w:szCs w:val="21"/>
          <w:bCs/>
        </w:rPr>
        <w:t>, אחד מהם לפחות מן הכתבה.</w:t>
      </w:r>
    </w:p>
    <w:p>
      <w:pPr>
        <w:bidi w:val="1"/>
        <w:jc w:val="right"/>
      </w:pPr>
      <w:r>
        <w:rPr>
          <w:rFonts w:ascii="Arial" w:hAnsi="Arial" w:cs="Arial"/>
          <w:b w:val="0"/>
          <w:sz w:val="20"/>
          <w:rtl w:val="1"/>
          <w:szCs w:val="20"/>
        </w:rPr>
        <w:t>מה השאלה מספרת: השאלה עוסקת בגינה בבית הספר ומבקשת עמדה ושני נימוקים, לפחות אחד מן הכתבה.</w:t>
      </w:r>
    </w:p>
    <w:p>
      <w:pPr>
        <w:bidi w:val="1"/>
        <w:jc w:val="right"/>
      </w:pPr>
      <w:r>
        <w:rPr>
          <w:rFonts w:ascii="Arial" w:hAnsi="Arial" w:cs="Arial"/>
          <w:b w:val="0"/>
          <w:sz w:val="20"/>
          <w:rtl w:val="1"/>
          <w:szCs w:val="20"/>
        </w:rPr>
        <w:t>מה עליי לעשות: לקבוע עמדה, למצוא נימוק בכתבה ולהוסיף נימוק משלי</w:t>
      </w:r>
    </w:p>
    <w:p>
      <w:pPr>
        <w:bidi w:val="1"/>
        <w:jc w:val="right"/>
      </w:pPr>
      <w:r>
        <w:rPr>
          <w:rFonts w:ascii="Arial" w:hAnsi="Arial" w:cs="Arial"/>
          <w:b w:val="0"/>
          <w:sz w:val="20"/>
          <w:rtl w:val="1"/>
          <w:szCs w:val="20"/>
        </w:rPr>
        <w:t>התשובה חייבת לכלול: עמדה ברורה; נימוק מן הכתבה; נימוק נוסף (מהכתבה או משלי)</w:t>
      </w:r>
    </w:p>
    <w:p>
      <w:pPr>
        <w:bidi w:val="1"/>
        <w:jc w:val="right"/>
      </w:pPr>
      <w:r>
        <w:rPr>
          <w:rFonts w:ascii="Arial" w:hAnsi="Arial" w:cs="Arial"/>
          <w:b w:val="0"/>
          <w:color w:val="2B5F2B"/>
          <w:sz w:val="20"/>
          <w:rtl w:val="1"/>
          <w:szCs w:val="20"/>
        </w:rPr>
        <w:t>תשובה לדוגמה: דוגמה: כן, לדעתי כדאי. ראשית, כמו שמסופר בכתבה, בגינה לומדים כמעט כל מקצוע – מחשבים שטחים במתמטיקה וכותבים יומן בלשון – כך שהלמידה נעשית מעשית. שנית, הגינה מלמדת לעבוד בצוות ולשמור על הסביבה. (יש לקבל כל עמדה מנומקת, למשל: לא בכל בית ספר יש שטח מתאים או מים.)</w:t>
      </w:r>
    </w:p>
    <w:p>
      <w:pPr>
        <w:bidi w:val="1"/>
        <w:jc w:val="right"/>
      </w:pPr>
      <w:r>
        <w:rPr>
          <w:rFonts w:ascii="Arial" w:hAnsi="Arial" w:cs="Arial"/>
          <w:b/>
          <w:color w:val="2B8F86"/>
          <w:sz w:val="21"/>
          <w:rtl w:val="1"/>
          <w:szCs w:val="21"/>
          <w:bCs/>
        </w:rPr>
        <w:t xml:space="preserve">8. [הערכה וביקורת · 15 נק׳] </w:t>
      </w:r>
      <w:r>
        <w:rPr>
          <w:rFonts w:ascii="Arial" w:hAnsi="Arial" w:cs="Arial"/>
          <w:b/>
          <w:sz w:val="21"/>
          <w:rtl w:val="1"/>
          <w:szCs w:val="21"/>
          <w:bCs/>
          <w:highlight w:val="yellow"/>
        </w:rPr>
        <w:t>הציעו</w:t>
      </w:r>
      <w:r>
        <w:rPr>
          <w:rFonts w:ascii="Arial" w:hAnsi="Arial" w:cs="Arial"/>
          <w:b/>
          <w:sz w:val="21"/>
          <w:rtl w:val="1"/>
          <w:szCs w:val="21"/>
          <w:bCs/>
        </w:rPr>
        <w:t xml:space="preserve"> </w:t>
      </w:r>
      <w:r>
        <w:rPr>
          <w:rFonts w:ascii="Arial" w:hAnsi="Arial" w:cs="Arial"/>
          <w:b/>
          <w:sz w:val="21"/>
          <w:rtl w:val="1"/>
          <w:szCs w:val="21"/>
          <w:bCs/>
          <w:highlight w:val="yellow"/>
        </w:rPr>
        <w:t>כותרת אחרת</w:t>
      </w:r>
      <w:r>
        <w:rPr>
          <w:rFonts w:ascii="Arial" w:hAnsi="Arial" w:cs="Arial"/>
          <w:b/>
          <w:sz w:val="21"/>
          <w:rtl w:val="1"/>
          <w:szCs w:val="21"/>
          <w:bCs/>
        </w:rPr>
        <w:t xml:space="preserve"> לכתבה, ו</w:t>
      </w:r>
      <w:r>
        <w:rPr>
          <w:rFonts w:ascii="Arial" w:hAnsi="Arial" w:cs="Arial"/>
          <w:b/>
          <w:sz w:val="21"/>
          <w:rtl w:val="1"/>
          <w:szCs w:val="21"/>
          <w:bCs/>
          <w:highlight w:val="yellow"/>
        </w:rPr>
        <w:t>הסבירו</w:t>
      </w:r>
      <w:r>
        <w:rPr>
          <w:rFonts w:ascii="Arial" w:hAnsi="Arial" w:cs="Arial"/>
          <w:b/>
          <w:sz w:val="21"/>
          <w:rtl w:val="1"/>
          <w:szCs w:val="21"/>
          <w:bCs/>
        </w:rPr>
        <w:t xml:space="preserve"> מדוע לדעתכם היא מתאימה. </w:t>
      </w:r>
      <w:r>
        <w:rPr>
          <w:rFonts w:ascii="Arial" w:hAnsi="Arial" w:cs="Arial"/>
          <w:b/>
          <w:sz w:val="21"/>
          <w:rtl w:val="1"/>
          <w:szCs w:val="21"/>
          <w:bCs/>
          <w:highlight w:val="yellow"/>
        </w:rPr>
        <w:t>האם</w:t>
      </w:r>
      <w:r>
        <w:rPr>
          <w:rFonts w:ascii="Arial" w:hAnsi="Arial" w:cs="Arial"/>
          <w:b/>
          <w:sz w:val="21"/>
          <w:rtl w:val="1"/>
          <w:szCs w:val="21"/>
          <w:bCs/>
        </w:rPr>
        <w:t xml:space="preserve"> היא טובה יותר מהכותרת המקורית? </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כותרת חדשה לכתבה והשוואה לכותרת "מגרש חול שהפך לגינה ירוקה".</w:t>
      </w:r>
    </w:p>
    <w:p>
      <w:pPr>
        <w:bidi w:val="1"/>
        <w:jc w:val="right"/>
      </w:pPr>
      <w:r>
        <w:rPr>
          <w:rFonts w:ascii="Arial" w:hAnsi="Arial" w:cs="Arial"/>
          <w:b w:val="0"/>
          <w:sz w:val="20"/>
          <w:rtl w:val="1"/>
          <w:szCs w:val="20"/>
        </w:rPr>
        <w:t>מה עליי לעשות: לחשוב על הרעיון המרכזי, לנסח כותרת ולהשוות אותה לכותרת המקורית</w:t>
      </w:r>
    </w:p>
    <w:p>
      <w:pPr>
        <w:bidi w:val="1"/>
        <w:jc w:val="right"/>
      </w:pPr>
      <w:r>
        <w:rPr>
          <w:rFonts w:ascii="Arial" w:hAnsi="Arial" w:cs="Arial"/>
          <w:b w:val="0"/>
          <w:sz w:val="20"/>
          <w:rtl w:val="1"/>
          <w:szCs w:val="20"/>
        </w:rPr>
        <w:t>התשובה חייבת לכלול: כותרת חדשה קצרה; הסבר הקשר בין הכותרת לתוכן; השוואה מנומקת לכותרת המקורית</w:t>
      </w:r>
    </w:p>
    <w:p>
      <w:pPr>
        <w:bidi w:val="1"/>
        <w:jc w:val="right"/>
      </w:pPr>
      <w:r>
        <w:rPr>
          <w:rFonts w:ascii="Arial" w:hAnsi="Arial" w:cs="Arial"/>
          <w:b w:val="0"/>
          <w:color w:val="2B5F2B"/>
          <w:sz w:val="20"/>
          <w:rtl w:val="1"/>
          <w:szCs w:val="20"/>
        </w:rPr>
        <w:t>תשובה לדוגמה: דוגמה: "הכיתה שלמדה מהאדמה". הכותרת מתאימה כי התלמידים למדו בגינה מתמטיקה, מדעים ולשון, וגם למדו מהטעויות שלהם. לדעתי היא מעניינת יותר, אבל הכותרת המקורית ברורה יותר כי היא מתארת בדיוק את השינוי במקום. (יש לקבל כל כותרת מתאימה עם נימוק.)</w:t>
      </w:r>
    </w:p>
    <w:p>
      <w:pPr>
        <w:pStyle w:val="Heading3"/>
        <w:bidi w:val="1"/>
        <w:jc w:val="right"/>
      </w:pPr>
      <w:r>
        <w:rPr>
          <w:rFonts w:ascii="Arial" w:hAnsi="Arial" w:cs="Arial"/>
          <w:b/>
          <w:color w:val="6B4FC4"/>
          <w:sz w:val="26"/>
          <w:rtl w:val="1"/>
          <w:szCs w:val="26"/>
          <w:bCs/>
        </w:rPr>
        <w:t>טקסט 3: לילה טוב למוח: למה בני נוער צריכים לישון (מאמר מידע)</w:t>
      </w:r>
    </w:p>
    <w:p>
      <w:pPr>
        <w:bidi w:val="1"/>
        <w:jc w:val="right"/>
      </w:pPr>
      <w:r>
        <w:rPr>
          <w:rFonts w:ascii="Arial" w:hAnsi="Arial" w:cs="Arial"/>
          <w:b/>
          <w:color w:val="2B8F86"/>
          <w:sz w:val="21"/>
          <w:rtl w:val="1"/>
          <w:szCs w:val="21"/>
          <w:bCs/>
        </w:rPr>
        <w:t xml:space="preserve">1. [איתור מידע · 10 נק׳] </w:t>
      </w:r>
      <w:r>
        <w:rPr>
          <w:rFonts w:ascii="Arial" w:hAnsi="Arial" w:cs="Arial"/>
          <w:b/>
          <w:sz w:val="21"/>
          <w:rtl w:val="1"/>
          <w:szCs w:val="21"/>
          <w:bCs/>
          <w:highlight w:val="yellow"/>
        </w:rPr>
        <w:t>על פי פסקה 2</w:t>
      </w:r>
      <w:r>
        <w:rPr>
          <w:rFonts w:ascii="Arial" w:hAnsi="Arial" w:cs="Arial"/>
          <w:b/>
          <w:sz w:val="21"/>
          <w:rtl w:val="1"/>
          <w:szCs w:val="21"/>
          <w:bCs/>
        </w:rPr>
        <w:t xml:space="preserve">, </w:t>
      </w:r>
      <w:r>
        <w:rPr>
          <w:rFonts w:ascii="Arial" w:hAnsi="Arial" w:cs="Arial"/>
          <w:b/>
          <w:sz w:val="21"/>
          <w:rtl w:val="1"/>
          <w:szCs w:val="21"/>
          <w:bCs/>
          <w:highlight w:val="yellow"/>
        </w:rPr>
        <w:t>מה</w:t>
      </w:r>
      <w:r>
        <w:rPr>
          <w:rFonts w:ascii="Arial" w:hAnsi="Arial" w:cs="Arial"/>
          <w:b/>
          <w:sz w:val="21"/>
          <w:rtl w:val="1"/>
          <w:szCs w:val="21"/>
          <w:bCs/>
        </w:rPr>
        <w:t xml:space="preserve"> עושה המוח בזמן השינה?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 דברים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לפסקה 2 ועוסקת בעבודת המוח בזמן השינה.</w:t>
      </w:r>
    </w:p>
    <w:p>
      <w:pPr>
        <w:bidi w:val="1"/>
        <w:jc w:val="right"/>
      </w:pPr>
      <w:r>
        <w:rPr>
          <w:rFonts w:ascii="Arial" w:hAnsi="Arial" w:cs="Arial"/>
          <w:b w:val="0"/>
          <w:sz w:val="20"/>
          <w:rtl w:val="1"/>
          <w:szCs w:val="20"/>
        </w:rPr>
        <w:t>מה עליי לעשות: לחפש בפסקה 2 שתי פעולות של המוח ולכתוב אותן</w:t>
      </w:r>
    </w:p>
    <w:p>
      <w:pPr>
        <w:bidi w:val="1"/>
        <w:jc w:val="right"/>
      </w:pPr>
      <w:r>
        <w:rPr>
          <w:rFonts w:ascii="Arial" w:hAnsi="Arial" w:cs="Arial"/>
          <w:b w:val="0"/>
          <w:sz w:val="20"/>
          <w:rtl w:val="1"/>
          <w:szCs w:val="20"/>
        </w:rPr>
        <w:t>התשובה חייבת לכלול: פעולה ראשונה: בוחר מה לשמור; פעולה שנייה: מחזק קשרים בין דברים שלמדנו</w:t>
      </w:r>
    </w:p>
    <w:p>
      <w:pPr>
        <w:bidi w:val="1"/>
        <w:jc w:val="right"/>
      </w:pPr>
      <w:r>
        <w:rPr>
          <w:rFonts w:ascii="Arial" w:hAnsi="Arial" w:cs="Arial"/>
          <w:b w:val="0"/>
          <w:color w:val="2B5F2B"/>
          <w:sz w:val="20"/>
          <w:rtl w:val="1"/>
          <w:szCs w:val="20"/>
        </w:rPr>
        <w:t>תשובה לדוגמה: בזמן השינה המוח מסדר את הזיכרונות: הוא בוחר איזה מידע לשמור ומחזק את הקשרים בין הדברים שלמדנו.</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כמה שעות</w:t>
      </w:r>
      <w:r>
        <w:rPr>
          <w:rFonts w:ascii="Arial" w:hAnsi="Arial" w:cs="Arial"/>
          <w:b/>
          <w:sz w:val="21"/>
          <w:rtl w:val="1"/>
          <w:szCs w:val="21"/>
          <w:bCs/>
        </w:rPr>
        <w:t xml:space="preserve"> שינה בלילה </w:t>
      </w:r>
      <w:r>
        <w:rPr>
          <w:rFonts w:ascii="Arial" w:hAnsi="Arial" w:cs="Arial"/>
          <w:b/>
          <w:sz w:val="21"/>
          <w:rtl w:val="1"/>
          <w:szCs w:val="21"/>
          <w:bCs/>
          <w:highlight w:val="yellow"/>
        </w:rPr>
        <w:t>מומלצות</w:t>
      </w:r>
      <w:r>
        <w:rPr>
          <w:rFonts w:ascii="Arial" w:hAnsi="Arial" w:cs="Arial"/>
          <w:b/>
          <w:sz w:val="21"/>
          <w:rtl w:val="1"/>
          <w:szCs w:val="21"/>
          <w:bCs/>
        </w:rPr>
        <w:t xml:space="preserve"> </w:t>
      </w:r>
      <w:r>
        <w:rPr>
          <w:rFonts w:ascii="Arial" w:hAnsi="Arial" w:cs="Arial"/>
          <w:b/>
          <w:sz w:val="21"/>
          <w:rtl w:val="1"/>
          <w:szCs w:val="21"/>
          <w:bCs/>
          <w:highlight w:val="yellow"/>
        </w:rPr>
        <w:t>לבני נוער</w:t>
      </w:r>
      <w:r>
        <w:rPr>
          <w:rFonts w:ascii="Arial" w:hAnsi="Arial" w:cs="Arial"/>
          <w:b/>
          <w:sz w:val="21"/>
          <w:rtl w:val="1"/>
          <w:szCs w:val="21"/>
          <w:bCs/>
        </w:rPr>
        <w:t xml:space="preserve">, </w:t>
      </w:r>
      <w:r>
        <w:rPr>
          <w:rFonts w:ascii="Arial" w:hAnsi="Arial" w:cs="Arial"/>
          <w:b/>
          <w:sz w:val="21"/>
          <w:rtl w:val="1"/>
          <w:szCs w:val="21"/>
          <w:bCs/>
          <w:highlight w:val="yellow"/>
        </w:rPr>
        <w:t>על פי המאמר</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בהמלצה על מספר שעות השינה לבני נוער.</w:t>
      </w:r>
    </w:p>
    <w:p>
      <w:pPr>
        <w:bidi w:val="1"/>
        <w:jc w:val="right"/>
      </w:pPr>
      <w:r>
        <w:rPr>
          <w:rFonts w:ascii="Arial" w:hAnsi="Arial" w:cs="Arial"/>
          <w:b w:val="0"/>
          <w:sz w:val="20"/>
          <w:rtl w:val="1"/>
          <w:szCs w:val="20"/>
        </w:rPr>
        <w:t>מה עליי לעשות: לחפש בפסקה 5 את מספר השעות ולכתוב אותו</w:t>
      </w:r>
    </w:p>
    <w:p>
      <w:pPr>
        <w:bidi w:val="1"/>
        <w:jc w:val="right"/>
      </w:pPr>
      <w:r>
        <w:rPr>
          <w:rFonts w:ascii="Arial" w:hAnsi="Arial" w:cs="Arial"/>
          <w:b w:val="0"/>
          <w:sz w:val="20"/>
          <w:rtl w:val="1"/>
          <w:szCs w:val="20"/>
        </w:rPr>
        <w:t>התשובה חייבת לכלול: המספר: שמונה עד עשר שעות; ציון שזו המלצה של מומחים</w:t>
      </w:r>
    </w:p>
    <w:p>
      <w:pPr>
        <w:bidi w:val="1"/>
        <w:jc w:val="right"/>
      </w:pPr>
      <w:r>
        <w:rPr>
          <w:rFonts w:ascii="Arial" w:hAnsi="Arial" w:cs="Arial"/>
          <w:b w:val="0"/>
          <w:color w:val="2B5F2B"/>
          <w:sz w:val="20"/>
          <w:rtl w:val="1"/>
          <w:szCs w:val="20"/>
        </w:rPr>
        <w:t>תשובה לדוגמה: על פי המאמר, מומחים לשינה ממליצים לבני נוער לישון בערך שמונה עד עשר שעות בלילה.</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שלוש המלצות</w:t>
      </w:r>
      <w:r>
        <w:rPr>
          <w:rFonts w:ascii="Arial" w:hAnsi="Arial" w:cs="Arial"/>
          <w:b/>
          <w:sz w:val="21"/>
          <w:rtl w:val="1"/>
          <w:szCs w:val="21"/>
          <w:bCs/>
        </w:rPr>
        <w:t xml:space="preserve"> מן המאמר </w:t>
      </w:r>
      <w:r>
        <w:rPr>
          <w:rFonts w:ascii="Arial" w:hAnsi="Arial" w:cs="Arial"/>
          <w:b/>
          <w:sz w:val="21"/>
          <w:rtl w:val="1"/>
          <w:szCs w:val="21"/>
          <w:bCs/>
          <w:highlight w:val="yellow"/>
        </w:rPr>
        <w:t>לשינה טובה</w:t>
      </w:r>
      <w:r>
        <w:rPr>
          <w:rFonts w:ascii="Arial" w:hAnsi="Arial" w:cs="Arial"/>
          <w:b/>
          <w:sz w:val="21"/>
          <w:rtl w:val="1"/>
          <w:szCs w:val="21"/>
          <w:bCs/>
        </w:rPr>
        <w:t xml:space="preserve"> יותר.</w:t>
      </w:r>
    </w:p>
    <w:p>
      <w:pPr>
        <w:bidi w:val="1"/>
        <w:jc w:val="right"/>
      </w:pPr>
      <w:r>
        <w:rPr>
          <w:rFonts w:ascii="Arial" w:hAnsi="Arial" w:cs="Arial"/>
          <w:b w:val="0"/>
          <w:sz w:val="20"/>
          <w:rtl w:val="1"/>
          <w:szCs w:val="20"/>
        </w:rPr>
        <w:t>מה השאלה מספרת: השאלה מבקשת שלוש המלצות; הן מופיעות בפסקה האחרונה.</w:t>
      </w:r>
    </w:p>
    <w:p>
      <w:pPr>
        <w:bidi w:val="1"/>
        <w:jc w:val="right"/>
      </w:pPr>
      <w:r>
        <w:rPr>
          <w:rFonts w:ascii="Arial" w:hAnsi="Arial" w:cs="Arial"/>
          <w:b w:val="0"/>
          <w:sz w:val="20"/>
          <w:rtl w:val="1"/>
          <w:szCs w:val="20"/>
        </w:rPr>
        <w:t>מה עליי לעשות: למצוא בפסקה 5 שלוש המלצות ולכתוב כל אחת בשורה</w:t>
      </w:r>
    </w:p>
    <w:p>
      <w:pPr>
        <w:bidi w:val="1"/>
        <w:jc w:val="right"/>
      </w:pPr>
      <w:r>
        <w:rPr>
          <w:rFonts w:ascii="Arial" w:hAnsi="Arial" w:cs="Arial"/>
          <w:b w:val="0"/>
          <w:sz w:val="20"/>
          <w:rtl w:val="1"/>
          <w:szCs w:val="20"/>
        </w:rPr>
        <w:t>התשובה חייבת לכלול: המלצה 1; המלצה 2; המלצה 3</w:t>
      </w:r>
    </w:p>
    <w:p>
      <w:pPr>
        <w:bidi w:val="1"/>
        <w:jc w:val="right"/>
      </w:pPr>
      <w:r>
        <w:rPr>
          <w:rFonts w:ascii="Arial" w:hAnsi="Arial" w:cs="Arial"/>
          <w:b w:val="0"/>
          <w:color w:val="2B5F2B"/>
          <w:sz w:val="20"/>
          <w:rtl w:val="1"/>
          <w:szCs w:val="20"/>
        </w:rPr>
        <w:t>תשובה לדוגמה: למשל: ללכת לישון ולקום בשעות קבועות, גם בסוף השבוע; להרחיק מסכים כשעה לפני השינה; לישון בחדר חשוך ושקט (וגם לשתות פחות משקאות ממותקים בערב).</w:t>
      </w:r>
    </w:p>
    <w:p>
      <w:pPr>
        <w:bidi w:val="1"/>
        <w:jc w:val="right"/>
      </w:pPr>
      <w:r>
        <w:rPr>
          <w:rFonts w:ascii="Arial" w:hAnsi="Arial" w:cs="Arial"/>
          <w:b/>
          <w:color w:val="2B8F86"/>
          <w:sz w:val="21"/>
          <w:rtl w:val="1"/>
          <w:szCs w:val="21"/>
          <w:bCs/>
        </w:rPr>
        <w:t xml:space="preserve">4. [פרשנות והיסק · 15 נק׳] </w:t>
      </w:r>
      <w:r>
        <w:rPr>
          <w:rFonts w:ascii="Arial" w:hAnsi="Arial" w:cs="Arial"/>
          <w:b/>
          <w:sz w:val="21"/>
          <w:rtl w:val="1"/>
          <w:szCs w:val="21"/>
          <w:bCs/>
          <w:highlight w:val="yellow"/>
        </w:rPr>
        <w:t>הסבירו</w:t>
      </w:r>
      <w:r>
        <w:rPr>
          <w:rFonts w:ascii="Arial" w:hAnsi="Arial" w:cs="Arial"/>
          <w:b/>
          <w:sz w:val="21"/>
          <w:rtl w:val="1"/>
          <w:szCs w:val="21"/>
          <w:bCs/>
        </w:rPr>
        <w:t xml:space="preserve"> את המשפט "</w:t>
      </w:r>
      <w:r>
        <w:rPr>
          <w:rFonts w:ascii="Arial" w:hAnsi="Arial" w:cs="Arial"/>
          <w:b/>
          <w:sz w:val="21"/>
          <w:rtl w:val="1"/>
          <w:szCs w:val="21"/>
          <w:bCs/>
          <w:highlight w:val="yellow"/>
        </w:rPr>
        <w:t>זו לא עצלות – זו ביולוגיה</w:t>
      </w:r>
      <w:r>
        <w:rPr>
          <w:rFonts w:ascii="Arial" w:hAnsi="Arial" w:cs="Arial"/>
          <w:b/>
          <w:sz w:val="21"/>
          <w:rtl w:val="1"/>
          <w:szCs w:val="21"/>
          <w:bCs/>
        </w:rPr>
        <w:t>" (</w:t>
      </w:r>
      <w:r>
        <w:rPr>
          <w:rFonts w:ascii="Arial" w:hAnsi="Arial" w:cs="Arial"/>
          <w:b/>
          <w:sz w:val="21"/>
          <w:rtl w:val="1"/>
          <w:szCs w:val="21"/>
          <w:bCs/>
          <w:highlight w:val="yellow"/>
        </w:rPr>
        <w:t>פסקה 4</w:t>
      </w:r>
      <w:r>
        <w:rPr>
          <w:rFonts w:ascii="Arial" w:hAnsi="Arial" w:cs="Arial"/>
          <w:b/>
          <w:sz w:val="21"/>
          <w:rtl w:val="1"/>
          <w:szCs w:val="21"/>
          <w:bCs/>
        </w:rPr>
        <w:t xml:space="preserve">). </w:t>
      </w:r>
      <w:r>
        <w:rPr>
          <w:rFonts w:ascii="Arial" w:hAnsi="Arial" w:cs="Arial"/>
          <w:b/>
          <w:sz w:val="21"/>
          <w:rtl w:val="1"/>
          <w:szCs w:val="21"/>
          <w:bCs/>
          <w:highlight w:val="yellow"/>
        </w:rPr>
        <w:t>מה הכותב רוצה</w:t>
      </w:r>
      <w:r>
        <w:rPr>
          <w:rFonts w:ascii="Arial" w:hAnsi="Arial" w:cs="Arial"/>
          <w:b/>
          <w:sz w:val="21"/>
          <w:rtl w:val="1"/>
          <w:szCs w:val="21"/>
          <w:bCs/>
        </w:rPr>
        <w:t xml:space="preserve"> שנבין?</w:t>
      </w:r>
    </w:p>
    <w:p>
      <w:pPr>
        <w:bidi w:val="1"/>
        <w:jc w:val="right"/>
      </w:pPr>
      <w:r>
        <w:rPr>
          <w:rFonts w:ascii="Arial" w:hAnsi="Arial" w:cs="Arial"/>
          <w:b w:val="0"/>
          <w:sz w:val="20"/>
          <w:rtl w:val="1"/>
          <w:szCs w:val="20"/>
        </w:rPr>
        <w:t>מה השאלה מספרת: השאלה מצטטת משפט מפסקה 4 ומבקשת להבין את כוונת הכותב.</w:t>
      </w:r>
    </w:p>
    <w:p>
      <w:pPr>
        <w:bidi w:val="1"/>
        <w:jc w:val="right"/>
      </w:pPr>
      <w:r>
        <w:rPr>
          <w:rFonts w:ascii="Arial" w:hAnsi="Arial" w:cs="Arial"/>
          <w:b w:val="0"/>
          <w:sz w:val="20"/>
          <w:rtl w:val="1"/>
          <w:szCs w:val="20"/>
        </w:rPr>
        <w:t>מה עליי לעשות: להסביר במילים שלי את המשפט ולהסתמך על ההסבר שבפסקה 4</w:t>
      </w:r>
    </w:p>
    <w:p>
      <w:pPr>
        <w:bidi w:val="1"/>
        <w:jc w:val="right"/>
      </w:pPr>
      <w:r>
        <w:rPr>
          <w:rFonts w:ascii="Arial" w:hAnsi="Arial" w:cs="Arial"/>
          <w:b w:val="0"/>
          <w:sz w:val="20"/>
          <w:rtl w:val="1"/>
          <w:szCs w:val="20"/>
        </w:rPr>
        <w:t>התשובה חייבת לכלול: הסבר: הקושי לקום נובע משינוי בגוף; פירוט השינוי: השעון הפנימי זז מאוחר / ההורמון משתחרר מאוחר; כוונת הכותב: לא להאשים את בני הנוער</w:t>
      </w:r>
    </w:p>
    <w:p>
      <w:pPr>
        <w:bidi w:val="1"/>
        <w:jc w:val="right"/>
      </w:pPr>
      <w:r>
        <w:rPr>
          <w:rFonts w:ascii="Arial" w:hAnsi="Arial" w:cs="Arial"/>
          <w:b w:val="0"/>
          <w:color w:val="2B5F2B"/>
          <w:sz w:val="20"/>
          <w:rtl w:val="1"/>
          <w:szCs w:val="20"/>
        </w:rPr>
        <w:t>תשובה לדוגמה: הכותב רוצה שנבין שכאשר נער או נערה מתקשים לקום מוקדם, זה לא בגלל שהם עצלנים, אלא בגלל שינוי טבעי בגוף: בגיל ההתבגרות השעון הפנימי זז מאוחר יותר, וההורמון שגורם לעייפות משתחרר מאוחר. לכן אין להאשים אותם, אלא להבין את הסיבה.</w:t>
      </w:r>
    </w:p>
    <w:p>
      <w:pPr>
        <w:bidi w:val="1"/>
        <w:jc w:val="right"/>
      </w:pPr>
      <w:r>
        <w:rPr>
          <w:rFonts w:ascii="Arial" w:hAnsi="Arial" w:cs="Arial"/>
          <w:b/>
          <w:color w:val="2B8F86"/>
          <w:sz w:val="21"/>
          <w:rtl w:val="1"/>
          <w:szCs w:val="21"/>
          <w:bCs/>
        </w:rPr>
        <w:t xml:space="preserve">5. [פרשנות והיסק · 15 נק׳] </w:t>
      </w:r>
      <w:r>
        <w:rPr>
          <w:rFonts w:ascii="Arial" w:hAnsi="Arial" w:cs="Arial"/>
          <w:b/>
          <w:sz w:val="21"/>
          <w:rtl w:val="1"/>
          <w:szCs w:val="21"/>
          <w:bCs/>
          <w:highlight w:val="yellow"/>
        </w:rPr>
        <w:t>מה ניתן להסיק</w:t>
      </w:r>
      <w:r>
        <w:rPr>
          <w:rFonts w:ascii="Arial" w:hAnsi="Arial" w:cs="Arial"/>
          <w:b/>
          <w:sz w:val="21"/>
          <w:rtl w:val="1"/>
          <w:szCs w:val="21"/>
          <w:bCs/>
        </w:rPr>
        <w:t xml:space="preserve"> </w:t>
      </w:r>
      <w:r>
        <w:rPr>
          <w:rFonts w:ascii="Arial" w:hAnsi="Arial" w:cs="Arial"/>
          <w:b/>
          <w:sz w:val="21"/>
          <w:rtl w:val="1"/>
          <w:szCs w:val="21"/>
          <w:bCs/>
          <w:highlight w:val="yellow"/>
        </w:rPr>
        <w:t>מפסקאות 2 ו־3</w:t>
      </w:r>
      <w:r>
        <w:rPr>
          <w:rFonts w:ascii="Arial" w:hAnsi="Arial" w:cs="Arial"/>
          <w:b/>
          <w:sz w:val="21"/>
          <w:rtl w:val="1"/>
          <w:szCs w:val="21"/>
          <w:bCs/>
        </w:rPr>
        <w:t xml:space="preserve"> על תלמיד שישן רק </w:t>
      </w:r>
      <w:r>
        <w:rPr>
          <w:rFonts w:ascii="Arial" w:hAnsi="Arial" w:cs="Arial"/>
          <w:b/>
          <w:sz w:val="21"/>
          <w:rtl w:val="1"/>
          <w:szCs w:val="21"/>
          <w:bCs/>
          <w:highlight w:val="yellow"/>
        </w:rPr>
        <w:t>חמש שעות</w:t>
      </w:r>
      <w:r>
        <w:rPr>
          <w:rFonts w:ascii="Arial" w:hAnsi="Arial" w:cs="Arial"/>
          <w:b/>
          <w:sz w:val="21"/>
          <w:rtl w:val="1"/>
          <w:szCs w:val="21"/>
          <w:bCs/>
        </w:rPr>
        <w:t xml:space="preserve"> בלילה שלפני מבחן? </w:t>
      </w:r>
      <w:r>
        <w:rPr>
          <w:rFonts w:ascii="Arial" w:hAnsi="Arial" w:cs="Arial"/>
          <w:b/>
          <w:sz w:val="21"/>
          <w:rtl w:val="1"/>
          <w:szCs w:val="21"/>
          <w:bCs/>
          <w:highlight w:val="yellow"/>
        </w:rPr>
        <w:t>הסבירו</w:t>
      </w:r>
      <w:r>
        <w:rPr>
          <w:rFonts w:ascii="Arial" w:hAnsi="Arial" w:cs="Arial"/>
          <w:b/>
          <w:sz w:val="21"/>
          <w:rtl w:val="1"/>
          <w:szCs w:val="21"/>
          <w:bCs/>
        </w:rPr>
        <w:t xml:space="preserve"> בעזרת </w:t>
      </w:r>
      <w:r>
        <w:rPr>
          <w:rFonts w:ascii="Arial" w:hAnsi="Arial" w:cs="Arial"/>
          <w:b/>
          <w:sz w:val="21"/>
          <w:rtl w:val="1"/>
          <w:szCs w:val="21"/>
          <w:bCs/>
          <w:highlight w:val="yellow"/>
        </w:rPr>
        <w:t>שני פרטים</w:t>
      </w:r>
      <w:r>
        <w:rPr>
          <w:rFonts w:ascii="Arial" w:hAnsi="Arial" w:cs="Arial"/>
          <w:b/>
          <w:sz w:val="21"/>
          <w:rtl w:val="1"/>
          <w:szCs w:val="21"/>
          <w:bCs/>
        </w:rPr>
        <w:t xml:space="preserve"> מן המאמר.</w:t>
      </w:r>
    </w:p>
    <w:p>
      <w:pPr>
        <w:bidi w:val="1"/>
        <w:jc w:val="right"/>
      </w:pPr>
      <w:r>
        <w:rPr>
          <w:rFonts w:ascii="Arial" w:hAnsi="Arial" w:cs="Arial"/>
          <w:b w:val="0"/>
          <w:sz w:val="20"/>
          <w:rtl w:val="1"/>
          <w:szCs w:val="20"/>
        </w:rPr>
        <w:t>מה השאלה מספרת: השאלה מציגה מקרה (חמש שעות שינה לפני מבחן) ומפנה לפסקאות 2 ו־3.</w:t>
      </w:r>
    </w:p>
    <w:p>
      <w:pPr>
        <w:bidi w:val="1"/>
        <w:jc w:val="right"/>
      </w:pPr>
      <w:r>
        <w:rPr>
          <w:rFonts w:ascii="Arial" w:hAnsi="Arial" w:cs="Arial"/>
          <w:b w:val="0"/>
          <w:sz w:val="20"/>
          <w:rtl w:val="1"/>
          <w:szCs w:val="20"/>
        </w:rPr>
        <w:t>מה עליי לעשות: להשתמש במידע מהפסקאות כדי לחזות מה יקרה לתלמיד במבחן</w:t>
      </w:r>
    </w:p>
    <w:p>
      <w:pPr>
        <w:bidi w:val="1"/>
        <w:jc w:val="right"/>
      </w:pPr>
      <w:r>
        <w:rPr>
          <w:rFonts w:ascii="Arial" w:hAnsi="Arial" w:cs="Arial"/>
          <w:b w:val="0"/>
          <w:sz w:val="20"/>
          <w:rtl w:val="1"/>
          <w:szCs w:val="20"/>
        </w:rPr>
        <w:t>התשובה חייבת לכלול: מסקנה: יתקשה במבחן; פרט מפסקה 2 (זיכרון); פרט מפסקה 3 (ריכוז/עייפות)</w:t>
      </w:r>
    </w:p>
    <w:p>
      <w:pPr>
        <w:bidi w:val="1"/>
        <w:jc w:val="right"/>
      </w:pPr>
      <w:r>
        <w:rPr>
          <w:rFonts w:ascii="Arial" w:hAnsi="Arial" w:cs="Arial"/>
          <w:b w:val="0"/>
          <w:color w:val="2B5F2B"/>
          <w:sz w:val="20"/>
          <w:rtl w:val="1"/>
          <w:szCs w:val="20"/>
        </w:rPr>
        <w:t>תשובה לדוגמה: אפשר להסיק שהתלמיד עלול להצליח פחות במבחן. לפי פסקה 2, בזמן השינה המוח שומר את מה שלמדנו, ולכן בלי מספיק שינה יהיה לו קשה יותר לזכור את החומר. לפי פסקה 3, מי שישן מעט מתעייף מהר ומתרכז פחות.</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מטרת</w:t>
      </w:r>
      <w:r>
        <w:rPr>
          <w:rFonts w:ascii="Arial" w:hAnsi="Arial" w:cs="Arial"/>
          <w:b/>
          <w:sz w:val="21"/>
          <w:rtl w:val="1"/>
          <w:szCs w:val="21"/>
          <w:bCs/>
        </w:rPr>
        <w:t xml:space="preserve"> </w:t>
      </w:r>
      <w:r>
        <w:rPr>
          <w:rFonts w:ascii="Arial" w:hAnsi="Arial" w:cs="Arial"/>
          <w:b/>
          <w:sz w:val="21"/>
          <w:rtl w:val="1"/>
          <w:szCs w:val="21"/>
          <w:bCs/>
          <w:highlight w:val="yellow"/>
        </w:rPr>
        <w:t>הדימוי</w:t>
      </w:r>
      <w:r>
        <w:rPr>
          <w:rFonts w:ascii="Arial" w:hAnsi="Arial" w:cs="Arial"/>
          <w:b/>
          <w:sz w:val="21"/>
          <w:rtl w:val="1"/>
          <w:szCs w:val="21"/>
          <w:bCs/>
        </w:rPr>
        <w:t xml:space="preserve"> </w:t>
      </w:r>
      <w:r>
        <w:rPr>
          <w:rFonts w:ascii="Arial" w:hAnsi="Arial" w:cs="Arial"/>
          <w:b/>
          <w:sz w:val="21"/>
          <w:rtl w:val="1"/>
          <w:szCs w:val="21"/>
          <w:bCs/>
          <w:highlight w:val="yellow"/>
        </w:rPr>
        <w:t>בפסקה 1</w:t>
      </w:r>
      <w:r>
        <w:rPr>
          <w:rFonts w:ascii="Arial" w:hAnsi="Arial" w:cs="Arial"/>
          <w:b/>
          <w:sz w:val="21"/>
          <w:rtl w:val="1"/>
          <w:szCs w:val="21"/>
          <w:bCs/>
        </w:rPr>
        <w:t xml:space="preserve">, שבו הגוף בזמן השינה </w:t>
      </w:r>
      <w:r>
        <w:rPr>
          <w:rFonts w:ascii="Arial" w:hAnsi="Arial" w:cs="Arial"/>
          <w:b/>
          <w:sz w:val="21"/>
          <w:rtl w:val="1"/>
          <w:szCs w:val="21"/>
          <w:bCs/>
          <w:highlight w:val="yellow"/>
        </w:rPr>
        <w:t>מושווה</w:t>
      </w:r>
      <w:r>
        <w:rPr>
          <w:rFonts w:ascii="Arial" w:hAnsi="Arial" w:cs="Arial"/>
          <w:b/>
          <w:sz w:val="21"/>
          <w:rtl w:val="1"/>
          <w:szCs w:val="21"/>
          <w:bCs/>
        </w:rPr>
        <w:t xml:space="preserve"> ל"מכשיר שמכניסים למגירה"?</w:t>
      </w:r>
    </w:p>
    <w:p>
      <w:pPr>
        <w:bidi w:val="1"/>
        <w:jc w:val="right"/>
      </w:pPr>
      <w:r>
        <w:rPr>
          <w:rFonts w:ascii="Arial" w:hAnsi="Arial" w:cs="Arial"/>
          <w:b w:val="0"/>
          <w:sz w:val="20"/>
          <w:rtl w:val="1"/>
          <w:szCs w:val="20"/>
        </w:rPr>
        <w:t>מה השאלה מספרת: השאלה מצטטת דימוי מפסקה 1 ושואלת על מטרתו.</w:t>
      </w:r>
    </w:p>
    <w:p>
      <w:pPr>
        <w:bidi w:val="1"/>
        <w:jc w:val="right"/>
      </w:pPr>
      <w:r>
        <w:rPr>
          <w:rFonts w:ascii="Arial" w:hAnsi="Arial" w:cs="Arial"/>
          <w:b w:val="0"/>
          <w:sz w:val="20"/>
          <w:rtl w:val="1"/>
          <w:szCs w:val="20"/>
        </w:rPr>
        <w:t>מה עליי לעשות: להסביר איזו טעות הדימוי מתאר ואיך הכותב מתקן אותה</w:t>
      </w:r>
    </w:p>
    <w:p>
      <w:pPr>
        <w:bidi w:val="1"/>
        <w:jc w:val="right"/>
      </w:pPr>
      <w:r>
        <w:rPr>
          <w:rFonts w:ascii="Arial" w:hAnsi="Arial" w:cs="Arial"/>
          <w:b w:val="0"/>
          <w:sz w:val="20"/>
          <w:rtl w:val="1"/>
          <w:szCs w:val="20"/>
        </w:rPr>
        <w:t>התשובה חייבת לכלול: הדימוי מתאר דעה נפוצה ושגויה; הכותב מציג אותה כדי להפריך ולהראות שהגוף עובד בשינה; הדימוי מושך את תשומת הלב בפתיחה</w:t>
      </w:r>
    </w:p>
    <w:p>
      <w:pPr>
        <w:bidi w:val="1"/>
        <w:jc w:val="right"/>
      </w:pPr>
      <w:r>
        <w:rPr>
          <w:rFonts w:ascii="Arial" w:hAnsi="Arial" w:cs="Arial"/>
          <w:b w:val="0"/>
          <w:color w:val="2B5F2B"/>
          <w:sz w:val="20"/>
          <w:rtl w:val="1"/>
          <w:szCs w:val="20"/>
        </w:rPr>
        <w:t>תשובה לדוגמה: הכותב משתמש בדימוי כדי להציג דעה נפוצה ושגויה – שבשינה הגוף "נכבה" ולא עושה כלום. מיד אחר כך הוא כותב "האמת שונה לגמרי" ומסביר שהגוף והמוח עובדים קשה. כך הדימוי מושך את הקוראים ויוצר ניגוד שמדגיש את הרעיון המרכזי.</w:t>
      </w:r>
    </w:p>
    <w:p>
      <w:pPr>
        <w:bidi w:val="1"/>
        <w:jc w:val="right"/>
      </w:pPr>
      <w:r>
        <w:rPr>
          <w:rFonts w:ascii="Arial" w:hAnsi="Arial" w:cs="Arial"/>
          <w:b/>
          <w:color w:val="2B8F86"/>
          <w:sz w:val="21"/>
          <w:rtl w:val="1"/>
          <w:szCs w:val="21"/>
          <w:bCs/>
        </w:rPr>
        <w:t xml:space="preserve">7. [הערכה וביקורת · 15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קל לבני נוער לבצע את ההמלצות בפסקה 5? </w:t>
      </w:r>
      <w:r>
        <w:rPr>
          <w:rFonts w:ascii="Arial" w:hAnsi="Arial" w:cs="Arial"/>
          <w:b/>
          <w:sz w:val="21"/>
          <w:rtl w:val="1"/>
          <w:szCs w:val="21"/>
          <w:bCs/>
          <w:highlight w:val="yellow"/>
        </w:rPr>
        <w:t>בחרו</w:t>
      </w:r>
      <w:r>
        <w:rPr>
          <w:rFonts w:ascii="Arial" w:hAnsi="Arial" w:cs="Arial"/>
          <w:b/>
          <w:sz w:val="21"/>
          <w:rtl w:val="1"/>
          <w:szCs w:val="21"/>
          <w:bCs/>
        </w:rPr>
        <w:t xml:space="preserve"> המלצה אחת,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מפנה להמלצות בפסקה 5 ומבקשת לבחור אחת ולהעריך אותה.</w:t>
      </w:r>
    </w:p>
    <w:p>
      <w:pPr>
        <w:bidi w:val="1"/>
        <w:jc w:val="right"/>
      </w:pPr>
      <w:r>
        <w:rPr>
          <w:rFonts w:ascii="Arial" w:hAnsi="Arial" w:cs="Arial"/>
          <w:b w:val="0"/>
          <w:sz w:val="20"/>
          <w:rtl w:val="1"/>
          <w:szCs w:val="20"/>
        </w:rPr>
        <w:t>מה עליי לעשות: לבחור המלצה אחת, לקבוע אם קל לבצע אותה ולנמק מניסיון או מהמאמר</w:t>
      </w:r>
    </w:p>
    <w:p>
      <w:pPr>
        <w:bidi w:val="1"/>
        <w:jc w:val="right"/>
      </w:pPr>
      <w:r>
        <w:rPr>
          <w:rFonts w:ascii="Arial" w:hAnsi="Arial" w:cs="Arial"/>
          <w:b w:val="0"/>
          <w:sz w:val="20"/>
          <w:rtl w:val="1"/>
          <w:szCs w:val="20"/>
        </w:rPr>
        <w:t>התשובה חייבת לכלול: ציון ההמלצה שנבחרה; עמדה: קל / קשה; נימוק</w:t>
      </w:r>
    </w:p>
    <w:p>
      <w:pPr>
        <w:bidi w:val="1"/>
        <w:jc w:val="right"/>
      </w:pPr>
      <w:r>
        <w:rPr>
          <w:rFonts w:ascii="Arial" w:hAnsi="Arial" w:cs="Arial"/>
          <w:b w:val="0"/>
          <w:color w:val="2B5F2B"/>
          <w:sz w:val="20"/>
          <w:rtl w:val="1"/>
          <w:szCs w:val="20"/>
        </w:rPr>
        <w:t>תשובה לדוגמה: דוגמה: בחרתי בהמלצה להרחיק מסכים שעה לפני השינה. לדעתי קשה לבצע אותה, כי בערב בני נוער רבים מדברים עם חברים ומסיימים שיעורי בית מול המסך. עם זאת, אפשר להתחיל בהדרגה – חצי שעה – ולקרוא ספר במקום. (יש לקבל כל עמדה מנומקת.)</w:t>
      </w:r>
    </w:p>
    <w:p>
      <w:pPr>
        <w:bidi w:val="1"/>
        <w:jc w:val="right"/>
      </w:pPr>
      <w:r>
        <w:rPr>
          <w:rFonts w:ascii="Arial" w:hAnsi="Arial" w:cs="Arial"/>
          <w:b/>
          <w:color w:val="2B8F86"/>
          <w:sz w:val="21"/>
          <w:rtl w:val="1"/>
          <w:szCs w:val="21"/>
          <w:bCs/>
        </w:rPr>
        <w:t xml:space="preserve">8. [הערכה וביקורת · 15 נק׳] </w:t>
      </w:r>
      <w:r>
        <w:rPr>
          <w:rFonts w:ascii="Arial" w:hAnsi="Arial" w:cs="Arial"/>
          <w:b/>
          <w:sz w:val="21"/>
          <w:rtl w:val="1"/>
          <w:szCs w:val="21"/>
          <w:bCs/>
          <w:highlight w:val="yellow"/>
        </w:rPr>
        <w:t>האם</w:t>
      </w:r>
      <w:r>
        <w:rPr>
          <w:rFonts w:ascii="Arial" w:hAnsi="Arial" w:cs="Arial"/>
          <w:b/>
          <w:sz w:val="21"/>
          <w:rtl w:val="1"/>
          <w:szCs w:val="21"/>
          <w:bCs/>
        </w:rPr>
        <w:t xml:space="preserve"> המאמר מצליח </w:t>
      </w:r>
      <w:r>
        <w:rPr>
          <w:rFonts w:ascii="Arial" w:hAnsi="Arial" w:cs="Arial"/>
          <w:b/>
          <w:sz w:val="21"/>
          <w:rtl w:val="1"/>
          <w:szCs w:val="21"/>
          <w:bCs/>
          <w:highlight w:val="yellow"/>
        </w:rPr>
        <w:t>לשכנע</w:t>
      </w:r>
      <w:r>
        <w:rPr>
          <w:rFonts w:ascii="Arial" w:hAnsi="Arial" w:cs="Arial"/>
          <w:b/>
          <w:sz w:val="21"/>
          <w:rtl w:val="1"/>
          <w:szCs w:val="21"/>
          <w:bCs/>
        </w:rPr>
        <w:t xml:space="preserve"> את הקוראים שהשינה חשובה? </w:t>
      </w:r>
      <w:r>
        <w:rPr>
          <w:rFonts w:ascii="Arial" w:hAnsi="Arial" w:cs="Arial"/>
          <w:b/>
          <w:sz w:val="21"/>
          <w:rtl w:val="1"/>
          <w:szCs w:val="21"/>
          <w:bCs/>
          <w:highlight w:val="yellow"/>
        </w:rPr>
        <w:t>נמקו</w:t>
      </w:r>
      <w:r>
        <w:rPr>
          <w:rFonts w:ascii="Arial" w:hAnsi="Arial" w:cs="Arial"/>
          <w:b/>
          <w:sz w:val="21"/>
          <w:rtl w:val="1"/>
          <w:szCs w:val="21"/>
          <w:bCs/>
        </w:rPr>
        <w:t xml:space="preserve"> בעזרת </w:t>
      </w:r>
      <w:r>
        <w:rPr>
          <w:rFonts w:ascii="Arial" w:hAnsi="Arial" w:cs="Arial"/>
          <w:b/>
          <w:sz w:val="21"/>
          <w:rtl w:val="1"/>
          <w:szCs w:val="21"/>
          <w:bCs/>
          <w:highlight w:val="yellow"/>
        </w:rPr>
        <w:t>שתי דרכים</w:t>
      </w:r>
      <w:r>
        <w:rPr>
          <w:rFonts w:ascii="Arial" w:hAnsi="Arial" w:cs="Arial"/>
          <w:b/>
          <w:sz w:val="21"/>
          <w:rtl w:val="1"/>
          <w:szCs w:val="21"/>
          <w:bCs/>
        </w:rPr>
        <w:t xml:space="preserve"> שבהן הכותב משתמש כדי לשכנע.</w:t>
      </w:r>
    </w:p>
    <w:p>
      <w:pPr>
        <w:bidi w:val="1"/>
        <w:jc w:val="right"/>
      </w:pPr>
      <w:r>
        <w:rPr>
          <w:rFonts w:ascii="Arial" w:hAnsi="Arial" w:cs="Arial"/>
          <w:b w:val="0"/>
          <w:sz w:val="20"/>
          <w:rtl w:val="1"/>
          <w:szCs w:val="20"/>
        </w:rPr>
        <w:t>מה השאלה מספרת: השאלה עוסקת בכוח השכנוע של המאמר כולו ומבקשת שתי דרכים של הכותב.</w:t>
      </w:r>
    </w:p>
    <w:p>
      <w:pPr>
        <w:bidi w:val="1"/>
        <w:jc w:val="right"/>
      </w:pPr>
      <w:r>
        <w:rPr>
          <w:rFonts w:ascii="Arial" w:hAnsi="Arial" w:cs="Arial"/>
          <w:b w:val="0"/>
          <w:sz w:val="20"/>
          <w:rtl w:val="1"/>
          <w:szCs w:val="20"/>
        </w:rPr>
        <w:t>מה עליי לעשות: לקבוע עמדה ולזהות שתי דרכי שכנוע במאמר (הסבר מדעי, דוגמאות, פנייה לקורא, משפט סיום)</w:t>
      </w:r>
    </w:p>
    <w:p>
      <w:pPr>
        <w:bidi w:val="1"/>
        <w:jc w:val="right"/>
      </w:pPr>
      <w:r>
        <w:rPr>
          <w:rFonts w:ascii="Arial" w:hAnsi="Arial" w:cs="Arial"/>
          <w:b w:val="0"/>
          <w:sz w:val="20"/>
          <w:rtl w:val="1"/>
          <w:szCs w:val="20"/>
        </w:rPr>
        <w:t>התשובה חייבת לכלול: עמדה ברורה; דרך שכנוע ראשונה + דוגמה מהמאמר; דרך שכנוע שנייה + דוגמה מהמאמר</w:t>
      </w:r>
    </w:p>
    <w:p>
      <w:pPr>
        <w:bidi w:val="1"/>
        <w:jc w:val="right"/>
      </w:pPr>
      <w:r>
        <w:rPr>
          <w:rFonts w:ascii="Arial" w:hAnsi="Arial" w:cs="Arial"/>
          <w:b w:val="0"/>
          <w:color w:val="2B5F2B"/>
          <w:sz w:val="20"/>
          <w:rtl w:val="1"/>
          <w:szCs w:val="20"/>
        </w:rPr>
        <w:t>תשובה לדוגמה: דוגמה: כן, המאמר משכנע. ראשית, הכותב מביא הסברים מדעיים – למשל על השעון הפנימי ועל סידור הזיכרונות – כך שהקוראים מבינים למה השינה חשובה. שנית, הוא משתמש בדוגמאות מחיי התלמידים (מילים באנגלית, תרגילים במתמטיקה) ומסיים במשפט קליט: "מי שמשקיע בשינה – משקיע בעצמו". (יש לקבל כל עמדה מנומקת.)</w:t>
      </w:r>
    </w:p>
    <w:p>
      <w:pPr>
        <w:pStyle w:val="Heading3"/>
        <w:bidi w:val="1"/>
        <w:jc w:val="right"/>
      </w:pPr>
      <w:r>
        <w:rPr>
          <w:rFonts w:ascii="Arial" w:hAnsi="Arial" w:cs="Arial"/>
          <w:b/>
          <w:color w:val="6B4FC4"/>
          <w:sz w:val="26"/>
          <w:rtl w:val="1"/>
          <w:szCs w:val="26"/>
          <w:bCs/>
        </w:rPr>
        <w:t>טקסט 4: הבלוג של מעיין: שישה שבועות, שלוש קומות וחברה אחת חדשה (בלוג)</w:t>
      </w:r>
    </w:p>
    <w:p>
      <w:pPr>
        <w:bidi w:val="1"/>
        <w:jc w:val="right"/>
      </w:pPr>
      <w:r>
        <w:rPr>
          <w:rFonts w:ascii="Arial" w:hAnsi="Arial" w:cs="Arial"/>
          <w:b/>
          <w:color w:val="2B8F86"/>
          <w:sz w:val="21"/>
          <w:rtl w:val="1"/>
          <w:szCs w:val="21"/>
          <w:bCs/>
        </w:rPr>
        <w:t xml:space="preserve">1. [איתור מידע · 10 נק׳] </w:t>
      </w:r>
      <w:r>
        <w:rPr>
          <w:rFonts w:ascii="Arial" w:hAnsi="Arial" w:cs="Arial"/>
          <w:b/>
          <w:sz w:val="21"/>
          <w:rtl w:val="1"/>
          <w:szCs w:val="21"/>
          <w:bCs/>
          <w:highlight w:val="yellow"/>
        </w:rPr>
        <w:t>כמה זמן</w:t>
      </w:r>
      <w:r>
        <w:rPr>
          <w:rFonts w:ascii="Arial" w:hAnsi="Arial" w:cs="Arial"/>
          <w:b/>
          <w:sz w:val="21"/>
          <w:rtl w:val="1"/>
          <w:szCs w:val="21"/>
          <w:bCs/>
        </w:rPr>
        <w:t xml:space="preserve"> עבר מאז שמעיין התחילה את כיתה ז׳, ו</w:t>
      </w:r>
      <w:r>
        <w:rPr>
          <w:rFonts w:ascii="Arial" w:hAnsi="Arial" w:cs="Arial"/>
          <w:b/>
          <w:sz w:val="21"/>
          <w:rtl w:val="1"/>
          <w:szCs w:val="21"/>
          <w:bCs/>
          <w:highlight w:val="yellow"/>
        </w:rPr>
        <w:t>למי מיועד</w:t>
      </w:r>
      <w:r>
        <w:rPr>
          <w:rFonts w:ascii="Arial" w:hAnsi="Arial" w:cs="Arial"/>
          <w:b/>
          <w:sz w:val="21"/>
          <w:rtl w:val="1"/>
          <w:szCs w:val="21"/>
          <w:bCs/>
        </w:rPr>
        <w:t xml:space="preserve"> הפוסט </w:t>
      </w:r>
      <w:r>
        <w:rPr>
          <w:rFonts w:ascii="Arial" w:hAnsi="Arial" w:cs="Arial"/>
          <w:b/>
          <w:sz w:val="21"/>
          <w:rtl w:val="1"/>
          <w:szCs w:val="21"/>
          <w:bCs/>
          <w:highlight w:val="yellow"/>
        </w:rPr>
        <w:t>לפי פסקה 1</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שני פרטים מפסקה 1: משך הזמן וקהל היעד של הפוסט.</w:t>
      </w:r>
    </w:p>
    <w:p>
      <w:pPr>
        <w:bidi w:val="1"/>
        <w:jc w:val="right"/>
      </w:pPr>
      <w:r>
        <w:rPr>
          <w:rFonts w:ascii="Arial" w:hAnsi="Arial" w:cs="Arial"/>
          <w:b w:val="0"/>
          <w:sz w:val="20"/>
          <w:rtl w:val="1"/>
          <w:szCs w:val="20"/>
        </w:rPr>
        <w:t>מה עליי לעשות: לחפש בפסקה 1 את משך הזמן ואת מי שהפוסט מיועד לו</w:t>
      </w:r>
    </w:p>
    <w:p>
      <w:pPr>
        <w:bidi w:val="1"/>
        <w:jc w:val="right"/>
      </w:pPr>
      <w:r>
        <w:rPr>
          <w:rFonts w:ascii="Arial" w:hAnsi="Arial" w:cs="Arial"/>
          <w:b w:val="0"/>
          <w:sz w:val="20"/>
          <w:rtl w:val="1"/>
          <w:szCs w:val="20"/>
        </w:rPr>
        <w:t>התשובה חייבת לכלול: משך הזמן: שישה שבועות; קהל היעד: מי שבתחילת חטיבה או עומד לעלות אליה</w:t>
      </w:r>
    </w:p>
    <w:p>
      <w:pPr>
        <w:bidi w:val="1"/>
        <w:jc w:val="right"/>
      </w:pPr>
      <w:r>
        <w:rPr>
          <w:rFonts w:ascii="Arial" w:hAnsi="Arial" w:cs="Arial"/>
          <w:b w:val="0"/>
          <w:color w:val="2B5F2B"/>
          <w:sz w:val="20"/>
          <w:rtl w:val="1"/>
          <w:szCs w:val="20"/>
        </w:rPr>
        <w:t>תשובה לדוגמה: עברו שישה שבועות. הפוסט מיועד לתלמידים שנמצאים עכשיו בתחילת החטיבה או שעומדים לעלות אליה בשנה הבאה.</w:t>
      </w:r>
    </w:p>
    <w:p>
      <w:pPr>
        <w:bidi w:val="1"/>
        <w:jc w:val="right"/>
      </w:pPr>
      <w:r>
        <w:rPr>
          <w:rFonts w:ascii="Arial" w:hAnsi="Arial" w:cs="Arial"/>
          <w:b/>
          <w:color w:val="2B8F86"/>
          <w:sz w:val="21"/>
          <w:rtl w:val="1"/>
          <w:szCs w:val="21"/>
          <w:bCs/>
        </w:rPr>
        <w:t xml:space="preserve">2. [איתור מידע · 10 נק׳] </w:t>
      </w:r>
      <w:r>
        <w:rPr>
          <w:rFonts w:ascii="Arial" w:hAnsi="Arial" w:cs="Arial"/>
          <w:b/>
          <w:sz w:val="21"/>
          <w:rtl w:val="1"/>
          <w:szCs w:val="21"/>
          <w:bCs/>
          <w:highlight w:val="yellow"/>
        </w:rPr>
        <w:t>מה קרה</w:t>
      </w:r>
      <w:r>
        <w:rPr>
          <w:rFonts w:ascii="Arial" w:hAnsi="Arial" w:cs="Arial"/>
          <w:b/>
          <w:sz w:val="21"/>
          <w:rtl w:val="1"/>
          <w:szCs w:val="21"/>
          <w:bCs/>
        </w:rPr>
        <w:t xml:space="preserve"> למעיין </w:t>
      </w:r>
      <w:r>
        <w:rPr>
          <w:rFonts w:ascii="Arial" w:hAnsi="Arial" w:cs="Arial"/>
          <w:b/>
          <w:sz w:val="21"/>
          <w:rtl w:val="1"/>
          <w:szCs w:val="21"/>
          <w:bCs/>
          <w:highlight w:val="yellow"/>
        </w:rPr>
        <w:t>בהפסקה הראשונה</w:t>
      </w:r>
      <w:r>
        <w:rPr>
          <w:rFonts w:ascii="Arial" w:hAnsi="Arial" w:cs="Arial"/>
          <w:b/>
          <w:sz w:val="21"/>
          <w:rtl w:val="1"/>
          <w:szCs w:val="21"/>
          <w:bCs/>
        </w:rPr>
        <w:t>, ו</w:t>
      </w:r>
      <w:r>
        <w:rPr>
          <w:rFonts w:ascii="Arial" w:hAnsi="Arial" w:cs="Arial"/>
          <w:b/>
          <w:sz w:val="21"/>
          <w:rtl w:val="1"/>
          <w:szCs w:val="21"/>
          <w:bCs/>
          <w:highlight w:val="yellow"/>
        </w:rPr>
        <w:t>מה אמרה</w:t>
      </w:r>
      <w:r>
        <w:rPr>
          <w:rFonts w:ascii="Arial" w:hAnsi="Arial" w:cs="Arial"/>
          <w:b/>
          <w:sz w:val="21"/>
          <w:rtl w:val="1"/>
          <w:szCs w:val="21"/>
          <w:bCs/>
        </w:rPr>
        <w:t xml:space="preserve"> לה </w:t>
      </w:r>
      <w:r>
        <w:rPr>
          <w:rFonts w:ascii="Arial" w:hAnsi="Arial" w:cs="Arial"/>
          <w:b/>
          <w:sz w:val="21"/>
          <w:rtl w:val="1"/>
          <w:szCs w:val="21"/>
          <w:bCs/>
          <w:highlight w:val="yellow"/>
        </w:rPr>
        <w:t>המורה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באירוע מפסקה 2 ומבקשת שני חלקים: מה קרה ומה המורה אמרה.</w:t>
      </w:r>
    </w:p>
    <w:p>
      <w:pPr>
        <w:bidi w:val="1"/>
        <w:jc w:val="right"/>
      </w:pPr>
      <w:r>
        <w:rPr>
          <w:rFonts w:ascii="Arial" w:hAnsi="Arial" w:cs="Arial"/>
          <w:b w:val="0"/>
          <w:sz w:val="20"/>
          <w:rtl w:val="1"/>
          <w:szCs w:val="20"/>
        </w:rPr>
        <w:t>מה עליי לעשות: למצוא בפסקה 2 את האירוע ואת דברי המורה ולכתוב את שניהם</w:t>
      </w:r>
    </w:p>
    <w:p>
      <w:pPr>
        <w:bidi w:val="1"/>
        <w:jc w:val="right"/>
      </w:pPr>
      <w:r>
        <w:rPr>
          <w:rFonts w:ascii="Arial" w:hAnsi="Arial" w:cs="Arial"/>
          <w:b w:val="0"/>
          <w:sz w:val="20"/>
          <w:rtl w:val="1"/>
          <w:szCs w:val="20"/>
        </w:rPr>
        <w:t>התשובה חייבת לכלול: מה קרה: הלכה לאיבוד והגיעה לחדר המורים; דברי המורה: עד חנוכה תכירי כל פינה</w:t>
      </w:r>
    </w:p>
    <w:p>
      <w:pPr>
        <w:bidi w:val="1"/>
        <w:jc w:val="right"/>
      </w:pPr>
      <w:r>
        <w:rPr>
          <w:rFonts w:ascii="Arial" w:hAnsi="Arial" w:cs="Arial"/>
          <w:b w:val="0"/>
          <w:color w:val="2B5F2B"/>
          <w:sz w:val="20"/>
          <w:rtl w:val="1"/>
          <w:szCs w:val="20"/>
        </w:rPr>
        <w:t>תשובה לדוגמה: מעיין חיפשה את חדר המדעים והגיעה בטעות לחדר המורים. מורה חייכה אליה ואמרה שעד חנוכה היא תכיר שם כל פינה.</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 פרטים</w:t>
      </w:r>
      <w:r>
        <w:rPr>
          <w:rFonts w:ascii="Arial" w:hAnsi="Arial" w:cs="Arial"/>
          <w:b/>
          <w:sz w:val="21"/>
          <w:rtl w:val="1"/>
          <w:szCs w:val="21"/>
          <w:bCs/>
        </w:rPr>
        <w:t xml:space="preserve"> שמעיין מספרת </w:t>
      </w:r>
      <w:r>
        <w:rPr>
          <w:rFonts w:ascii="Arial" w:hAnsi="Arial" w:cs="Arial"/>
          <w:b/>
          <w:sz w:val="21"/>
          <w:rtl w:val="1"/>
          <w:szCs w:val="21"/>
          <w:bCs/>
          <w:highlight w:val="yellow"/>
        </w:rPr>
        <w:t>על עדי</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בדמות של עדי (פסקה 4) ומבקשת שני פרטים.</w:t>
      </w:r>
    </w:p>
    <w:p>
      <w:pPr>
        <w:bidi w:val="1"/>
        <w:jc w:val="right"/>
      </w:pPr>
      <w:r>
        <w:rPr>
          <w:rFonts w:ascii="Arial" w:hAnsi="Arial" w:cs="Arial"/>
          <w:b w:val="0"/>
          <w:sz w:val="20"/>
          <w:rtl w:val="1"/>
          <w:szCs w:val="20"/>
        </w:rPr>
        <w:t>מה עליי לעשות: לחפש בפסקה 4 מה מסופר על עדי ולבחור שני פרטים</w:t>
      </w:r>
    </w:p>
    <w:p>
      <w:pPr>
        <w:bidi w:val="1"/>
        <w:jc w:val="right"/>
      </w:pPr>
      <w:r>
        <w:rPr>
          <w:rFonts w:ascii="Arial" w:hAnsi="Arial" w:cs="Arial"/>
          <w:b w:val="0"/>
          <w:sz w:val="20"/>
          <w:rtl w:val="1"/>
          <w:szCs w:val="20"/>
        </w:rPr>
        <w:t>התשובה חייבת לכלול: פרט ראשון על עדי; פרט שני על עדי</w:t>
      </w:r>
    </w:p>
    <w:p>
      <w:pPr>
        <w:bidi w:val="1"/>
        <w:jc w:val="right"/>
      </w:pPr>
      <w:r>
        <w:rPr>
          <w:rFonts w:ascii="Arial" w:hAnsi="Arial" w:cs="Arial"/>
          <w:b w:val="0"/>
          <w:color w:val="2B5F2B"/>
          <w:sz w:val="20"/>
          <w:rtl w:val="1"/>
          <w:szCs w:val="20"/>
        </w:rPr>
        <w:t>תשובה לדוגמה: עדי לומדת בכיתה של מעיין; היא עלתה עם משפחתה לפני שלוש שנים; היא מכירה הרבה ספרי הרפתקאות (כל שניים מהם).</w:t>
      </w:r>
    </w:p>
    <w:p>
      <w:pPr>
        <w:bidi w:val="1"/>
        <w:jc w:val="right"/>
      </w:pPr>
      <w:r>
        <w:rPr>
          <w:rFonts w:ascii="Arial" w:hAnsi="Arial" w:cs="Arial"/>
          <w:b/>
          <w:color w:val="2B8F86"/>
          <w:sz w:val="21"/>
          <w:rtl w:val="1"/>
          <w:szCs w:val="21"/>
          <w:bCs/>
        </w:rPr>
        <w:t xml:space="preserve">4. [פרשנות והיסק · 15 נק׳] </w:t>
      </w:r>
      <w:r>
        <w:rPr>
          <w:rFonts w:ascii="Arial" w:hAnsi="Arial" w:cs="Arial"/>
          <w:b/>
          <w:sz w:val="21"/>
          <w:rtl w:val="1"/>
          <w:szCs w:val="21"/>
          <w:bCs/>
          <w:highlight w:val="yellow"/>
        </w:rPr>
        <w:t>מה פירוש</w:t>
      </w:r>
      <w:r>
        <w:rPr>
          <w:rFonts w:ascii="Arial" w:hAnsi="Arial" w:cs="Arial"/>
          <w:b/>
          <w:sz w:val="21"/>
          <w:rtl w:val="1"/>
          <w:szCs w:val="21"/>
          <w:bCs/>
        </w:rPr>
        <w:t xml:space="preserve"> הביטוי "</w:t>
      </w:r>
      <w:r>
        <w:rPr>
          <w:rFonts w:ascii="Arial" w:hAnsi="Arial" w:cs="Arial"/>
          <w:b/>
          <w:sz w:val="21"/>
          <w:rtl w:val="1"/>
          <w:szCs w:val="21"/>
          <w:bCs/>
          <w:highlight w:val="yellow"/>
        </w:rPr>
        <w:t>הרגשתי קצת שקופה</w:t>
      </w:r>
      <w:r>
        <w:rPr>
          <w:rFonts w:ascii="Arial" w:hAnsi="Arial" w:cs="Arial"/>
          <w:b/>
          <w:sz w:val="21"/>
          <w:rtl w:val="1"/>
          <w:szCs w:val="21"/>
          <w:bCs/>
        </w:rPr>
        <w:t xml:space="preserve">" </w:t>
      </w:r>
      <w:r>
        <w:rPr>
          <w:rFonts w:ascii="Arial" w:hAnsi="Arial" w:cs="Arial"/>
          <w:b/>
          <w:sz w:val="21"/>
          <w:rtl w:val="1"/>
          <w:szCs w:val="21"/>
          <w:bCs/>
          <w:highlight w:val="yellow"/>
        </w:rPr>
        <w:t>בפסקה 3</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מה הוא מלמד על הרגשתה של מעיין.</w:t>
      </w:r>
    </w:p>
    <w:p>
      <w:pPr>
        <w:bidi w:val="1"/>
        <w:jc w:val="right"/>
      </w:pPr>
      <w:r>
        <w:rPr>
          <w:rFonts w:ascii="Arial" w:hAnsi="Arial" w:cs="Arial"/>
          <w:b w:val="0"/>
          <w:sz w:val="20"/>
          <w:rtl w:val="1"/>
          <w:szCs w:val="20"/>
        </w:rPr>
        <w:t>מה השאלה מספרת: השאלה מצטטת ביטוי מפסקה 3 ומבקשת את פירושו ואת מה שהוא מלמד על הרגשות.</w:t>
      </w:r>
    </w:p>
    <w:p>
      <w:pPr>
        <w:bidi w:val="1"/>
        <w:jc w:val="right"/>
      </w:pPr>
      <w:r>
        <w:rPr>
          <w:rFonts w:ascii="Arial" w:hAnsi="Arial" w:cs="Arial"/>
          <w:b w:val="0"/>
          <w:sz w:val="20"/>
          <w:rtl w:val="1"/>
          <w:szCs w:val="20"/>
        </w:rPr>
        <w:t>מה עליי לעשות: להסביר את הביטוי בהשאלה (לא במובן המילולי) ולקשר לרגשות של מעיין</w:t>
      </w:r>
    </w:p>
    <w:p>
      <w:pPr>
        <w:bidi w:val="1"/>
        <w:jc w:val="right"/>
      </w:pPr>
      <w:r>
        <w:rPr>
          <w:rFonts w:ascii="Arial" w:hAnsi="Arial" w:cs="Arial"/>
          <w:b w:val="0"/>
          <w:sz w:val="20"/>
          <w:rtl w:val="1"/>
          <w:szCs w:val="20"/>
        </w:rPr>
        <w:t>התשובה חייבת לכלול: פירוש: הרגישה שאף אחד לא רואה אותה; קשר להקשר: החברות בכיתות אחרות, כולם בקבוצות; הרגש: בדידות</w:t>
      </w:r>
    </w:p>
    <w:p>
      <w:pPr>
        <w:bidi w:val="1"/>
        <w:jc w:val="right"/>
      </w:pPr>
      <w:r>
        <w:rPr>
          <w:rFonts w:ascii="Arial" w:hAnsi="Arial" w:cs="Arial"/>
          <w:b w:val="0"/>
          <w:color w:val="2B5F2B"/>
          <w:sz w:val="20"/>
          <w:rtl w:val="1"/>
          <w:szCs w:val="20"/>
        </w:rPr>
        <w:t>תשובה לדוגמה: "שקופה" כאן אינה במובן המילולי. מעיין מתכוונת שהרגישה שאף אחד לא שם לב אליה, כאילו לא קיימת. זה מלמד שהייתה בודדה: החברות שלה מהיסודי עברו לכיתות אחרות, וכולם כבר עמדו בקבוצות.</w:t>
      </w:r>
    </w:p>
    <w:p>
      <w:pPr>
        <w:bidi w:val="1"/>
        <w:jc w:val="right"/>
      </w:pPr>
      <w:r>
        <w:rPr>
          <w:rFonts w:ascii="Arial" w:hAnsi="Arial" w:cs="Arial"/>
          <w:b/>
          <w:color w:val="2B8F86"/>
          <w:sz w:val="21"/>
          <w:rtl w:val="1"/>
          <w:szCs w:val="21"/>
          <w:bCs/>
        </w:rPr>
        <w:t xml:space="preserve">5. [פרשנות והיסק · 15 נק׳] </w:t>
      </w:r>
      <w:r>
        <w:rPr>
          <w:rFonts w:ascii="Arial" w:hAnsi="Arial" w:cs="Arial"/>
          <w:b/>
          <w:sz w:val="21"/>
          <w:rtl w:val="1"/>
          <w:szCs w:val="21"/>
          <w:bCs/>
          <w:highlight w:val="yellow"/>
        </w:rPr>
        <w:t>מדוע</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העצה של אבא – "</w:t>
      </w:r>
      <w:r>
        <w:rPr>
          <w:rFonts w:ascii="Arial" w:hAnsi="Arial" w:cs="Arial"/>
          <w:b/>
          <w:sz w:val="21"/>
          <w:rtl w:val="1"/>
          <w:szCs w:val="21"/>
          <w:bCs/>
          <w:highlight w:val="yellow"/>
        </w:rPr>
        <w:t>לשאול שאלה אחת</w:t>
      </w:r>
      <w:r>
        <w:rPr>
          <w:rFonts w:ascii="Arial" w:hAnsi="Arial" w:cs="Arial"/>
          <w:b/>
          <w:sz w:val="21"/>
          <w:rtl w:val="1"/>
          <w:szCs w:val="21"/>
          <w:bCs/>
        </w:rPr>
        <w:t xml:space="preserve">" – עזרה למעיין? </w:t>
      </w:r>
      <w:r>
        <w:rPr>
          <w:rFonts w:ascii="Arial" w:hAnsi="Arial" w:cs="Arial"/>
          <w:b/>
          <w:sz w:val="21"/>
          <w:rtl w:val="1"/>
          <w:szCs w:val="21"/>
          <w:bCs/>
          <w:highlight w:val="yellow"/>
        </w:rPr>
        <w:t>הסבירו</w:t>
      </w:r>
      <w:r>
        <w:rPr>
          <w:rFonts w:ascii="Arial" w:hAnsi="Arial" w:cs="Arial"/>
          <w:b/>
          <w:sz w:val="21"/>
          <w:rtl w:val="1"/>
          <w:szCs w:val="21"/>
          <w:bCs/>
        </w:rPr>
        <w:t xml:space="preserve"> בעזרת מה שקרה </w:t>
      </w:r>
      <w:r>
        <w:rPr>
          <w:rFonts w:ascii="Arial" w:hAnsi="Arial" w:cs="Arial"/>
          <w:b/>
          <w:sz w:val="21"/>
          <w:rtl w:val="1"/>
          <w:szCs w:val="21"/>
          <w:bCs/>
          <w:highlight w:val="yellow"/>
        </w:rPr>
        <w:t>בספרייה</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את עצת האב (פסקה 3) ומפנה לאירוע בספרייה (פסקה 4).</w:t>
      </w:r>
    </w:p>
    <w:p>
      <w:pPr>
        <w:bidi w:val="1"/>
        <w:jc w:val="right"/>
      </w:pPr>
      <w:r>
        <w:rPr>
          <w:rFonts w:ascii="Arial" w:hAnsi="Arial" w:cs="Arial"/>
          <w:b w:val="0"/>
          <w:sz w:val="20"/>
          <w:rtl w:val="1"/>
          <w:szCs w:val="20"/>
        </w:rPr>
        <w:t>מה עליי לעשות: לקשר בין העצה לבין מה שמעיין עשתה בספרייה ולהסביר למה זה עבד</w:t>
      </w:r>
    </w:p>
    <w:p>
      <w:pPr>
        <w:bidi w:val="1"/>
        <w:jc w:val="right"/>
      </w:pPr>
      <w:r>
        <w:rPr>
          <w:rFonts w:ascii="Arial" w:hAnsi="Arial" w:cs="Arial"/>
          <w:b w:val="0"/>
          <w:sz w:val="20"/>
          <w:rtl w:val="1"/>
          <w:szCs w:val="20"/>
        </w:rPr>
        <w:t>התשובה חייבת לכלול: מה מעיין שאלה (על הספר); למה זה עבד: שאלה פשוטה על משהו משותף, לא צריך להרשים; התוצאה: שיחה וחברות</w:t>
      </w:r>
    </w:p>
    <w:p>
      <w:pPr>
        <w:bidi w:val="1"/>
        <w:jc w:val="right"/>
      </w:pPr>
      <w:r>
        <w:rPr>
          <w:rFonts w:ascii="Arial" w:hAnsi="Arial" w:cs="Arial"/>
          <w:b w:val="0"/>
          <w:color w:val="2B5F2B"/>
          <w:sz w:val="20"/>
          <w:rtl w:val="1"/>
          <w:szCs w:val="20"/>
        </w:rPr>
        <w:t>תשובה לדוגמה: העצה עזרה כי שאלה אחת היא צעד קטן ולא מפחיד – לא צריך לנאום או להרשים. בספרייה מעיין שאלה את עדי שאלה על ספר ששתיהן אוהבות ("הגעת כבר לפרק עם המפה?"). השאלה הראתה עניין משותף, עדי התלהבה, והן דיברו עד הצלצול – וכך התחילה החברות.</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הפסקה האחרונה</w:t>
      </w:r>
      <w:r>
        <w:rPr>
          <w:rFonts w:ascii="Arial" w:hAnsi="Arial" w:cs="Arial"/>
          <w:b/>
          <w:sz w:val="21"/>
          <w:rtl w:val="1"/>
          <w:szCs w:val="21"/>
          <w:bCs/>
        </w:rPr>
        <w:t xml:space="preserve"> בבלוג? </w:t>
      </w:r>
      <w:r>
        <w:rPr>
          <w:rFonts w:ascii="Arial" w:hAnsi="Arial" w:cs="Arial"/>
          <w:b/>
          <w:sz w:val="21"/>
          <w:rtl w:val="1"/>
          <w:szCs w:val="21"/>
          <w:bCs/>
          <w:highlight w:val="yellow"/>
        </w:rPr>
        <w:t>הסבירו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בפסקה 6, הפסקה האחרונה, ושואלת מה היא עושה בטקסט.</w:t>
      </w:r>
    </w:p>
    <w:p>
      <w:pPr>
        <w:bidi w:val="1"/>
        <w:jc w:val="right"/>
      </w:pPr>
      <w:r>
        <w:rPr>
          <w:rFonts w:ascii="Arial" w:hAnsi="Arial" w:cs="Arial"/>
          <w:b w:val="0"/>
          <w:sz w:val="20"/>
          <w:rtl w:val="1"/>
          <w:szCs w:val="20"/>
        </w:rPr>
        <w:t>מה עליי לעשות: לקרוא את פסקה 6 ולהסביר מה היא עושה (סיכום, מסקנות, פנייה לקוראים)</w:t>
      </w:r>
    </w:p>
    <w:p>
      <w:pPr>
        <w:bidi w:val="1"/>
        <w:jc w:val="right"/>
      </w:pPr>
      <w:r>
        <w:rPr>
          <w:rFonts w:ascii="Arial" w:hAnsi="Arial" w:cs="Arial"/>
          <w:b w:val="0"/>
          <w:sz w:val="20"/>
          <w:rtl w:val="1"/>
          <w:szCs w:val="20"/>
        </w:rPr>
        <w:t>התשובה חייבת לכלול: סיכום מה שמעיין למדה (מסקנות); פנייה לקוראים ובקשה לתגובות</w:t>
      </w:r>
    </w:p>
    <w:p>
      <w:pPr>
        <w:bidi w:val="1"/>
        <w:jc w:val="right"/>
      </w:pPr>
      <w:r>
        <w:rPr>
          <w:rFonts w:ascii="Arial" w:hAnsi="Arial" w:cs="Arial"/>
          <w:b w:val="0"/>
          <w:color w:val="2B5F2B"/>
          <w:sz w:val="20"/>
          <w:rtl w:val="1"/>
          <w:szCs w:val="20"/>
        </w:rPr>
        <w:t>תשובה לדוגמה: הפסקה האחרונה מסכמת את הפוסט: מעיין מנסחת שלוש מסקנות ממה שעברה (המעבר מפחיד אבל לא לנצח, לעשות את הצעד הראשון, שאלה קטנה פותחת דלת גדולה). בנוסף היא פונה לקוראים ומזמינה אותם לכתוב בתגובות – זה אופייני לבלוג.</w:t>
      </w:r>
    </w:p>
    <w:p>
      <w:pPr>
        <w:bidi w:val="1"/>
        <w:jc w:val="right"/>
      </w:pPr>
      <w:r>
        <w:rPr>
          <w:rFonts w:ascii="Arial" w:hAnsi="Arial" w:cs="Arial"/>
          <w:b/>
          <w:color w:val="2B8F86"/>
          <w:sz w:val="21"/>
          <w:rtl w:val="1"/>
          <w:szCs w:val="21"/>
          <w:bCs/>
        </w:rPr>
        <w:t xml:space="preserve">7. [הערכה וביקורת · 15 נק׳] </w:t>
      </w:r>
      <w:r>
        <w:rPr>
          <w:rFonts w:ascii="Arial" w:hAnsi="Arial" w:cs="Arial"/>
          <w:b/>
          <w:sz w:val="21"/>
          <w:rtl w:val="1"/>
          <w:szCs w:val="21"/>
          <w:bCs/>
        </w:rPr>
        <w:t xml:space="preserve">מעיין כותבת: "שאלה אחת קטנה פותחת דלת גדולה". </w:t>
      </w:r>
      <w:r>
        <w:rPr>
          <w:rFonts w:ascii="Arial" w:hAnsi="Arial" w:cs="Arial"/>
          <w:b/>
          <w:sz w:val="21"/>
          <w:rtl w:val="1"/>
          <w:szCs w:val="21"/>
          <w:bCs/>
          <w:highlight w:val="yellow"/>
        </w:rPr>
        <w:t>האם</w:t>
      </w:r>
      <w:r>
        <w:rPr>
          <w:rFonts w:ascii="Arial" w:hAnsi="Arial" w:cs="Arial"/>
          <w:b/>
          <w:sz w:val="21"/>
          <w:rtl w:val="1"/>
          <w:szCs w:val="21"/>
          <w:bCs/>
        </w:rPr>
        <w:t xml:space="preserve"> אתם </w:t>
      </w:r>
      <w:r>
        <w:rPr>
          <w:rFonts w:ascii="Arial" w:hAnsi="Arial" w:cs="Arial"/>
          <w:b/>
          <w:sz w:val="21"/>
          <w:rtl w:val="1"/>
          <w:szCs w:val="21"/>
          <w:bCs/>
          <w:highlight w:val="yellow"/>
        </w:rPr>
        <w:t>מסכימים</w:t>
      </w:r>
      <w:r>
        <w:rPr>
          <w:rFonts w:ascii="Arial" w:hAnsi="Arial" w:cs="Arial"/>
          <w:b/>
          <w:sz w:val="21"/>
          <w:rtl w:val="1"/>
          <w:szCs w:val="21"/>
          <w:bCs/>
        </w:rPr>
        <w:t xml:space="preserve"> עם המשפט?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ב</w:t>
      </w:r>
      <w:r>
        <w:rPr>
          <w:rFonts w:ascii="Arial" w:hAnsi="Arial" w:cs="Arial"/>
          <w:b/>
          <w:sz w:val="21"/>
          <w:rtl w:val="1"/>
          <w:szCs w:val="21"/>
          <w:bCs/>
          <w:highlight w:val="yellow"/>
        </w:rPr>
        <w:t>דוגמה</w:t>
      </w:r>
      <w:r>
        <w:rPr>
          <w:rFonts w:ascii="Arial" w:hAnsi="Arial" w:cs="Arial"/>
          <w:b/>
          <w:sz w:val="21"/>
          <w:rtl w:val="1"/>
          <w:szCs w:val="21"/>
          <w:bCs/>
        </w:rPr>
        <w:t xml:space="preserve"> מהבלוג או מחייכם.</w:t>
      </w:r>
    </w:p>
    <w:p>
      <w:pPr>
        <w:bidi w:val="1"/>
        <w:jc w:val="right"/>
      </w:pPr>
      <w:r>
        <w:rPr>
          <w:rFonts w:ascii="Arial" w:hAnsi="Arial" w:cs="Arial"/>
          <w:b w:val="0"/>
          <w:sz w:val="20"/>
          <w:rtl w:val="1"/>
          <w:szCs w:val="20"/>
        </w:rPr>
        <w:t>מה השאלה מספרת: השאלה מצטטת את המשפט מהפסקה האחרונה ומבקשת עמדה ודוגמה.</w:t>
      </w:r>
    </w:p>
    <w:p>
      <w:pPr>
        <w:bidi w:val="1"/>
        <w:jc w:val="right"/>
      </w:pPr>
      <w:r>
        <w:rPr>
          <w:rFonts w:ascii="Arial" w:hAnsi="Arial" w:cs="Arial"/>
          <w:b w:val="0"/>
          <w:sz w:val="20"/>
          <w:rtl w:val="1"/>
          <w:szCs w:val="20"/>
        </w:rPr>
        <w:t>מה עליי לעשות: לקבוע אם אני מסכים/ה, להסביר את המשפט ולהביא דוגמה</w:t>
      </w:r>
    </w:p>
    <w:p>
      <w:pPr>
        <w:bidi w:val="1"/>
        <w:jc w:val="right"/>
      </w:pPr>
      <w:r>
        <w:rPr>
          <w:rFonts w:ascii="Arial" w:hAnsi="Arial" w:cs="Arial"/>
          <w:b w:val="0"/>
          <w:sz w:val="20"/>
          <w:rtl w:val="1"/>
          <w:szCs w:val="20"/>
        </w:rPr>
        <w:t>התשובה חייבת לכלול: עמדה ברורה; הסבר המשפט (המטפורה); דוגמה מהבלוג או מהחיים</w:t>
      </w:r>
    </w:p>
    <w:p>
      <w:pPr>
        <w:bidi w:val="1"/>
        <w:jc w:val="right"/>
      </w:pPr>
      <w:r>
        <w:rPr>
          <w:rFonts w:ascii="Arial" w:hAnsi="Arial" w:cs="Arial"/>
          <w:b w:val="0"/>
          <w:color w:val="2B5F2B"/>
          <w:sz w:val="20"/>
          <w:rtl w:val="1"/>
          <w:szCs w:val="20"/>
        </w:rPr>
        <w:t>תשובה לדוגמה: דוגמה: אני מסכים. "דלת גדולה" היא חברות או הזדמנות חדשה. בבלוג, שאלה אחת על ספר הובילה לחברות עם עדי ואחר כך לקבוצה שלמה ולתוכנית למועדון קריאה. גם לי קרה שבתחילת השנה שאלתי ילד אם הוא רוצה להצטרף למשחק, ומאז אנחנו חברים. (יש לקבל כל עמדה מנומקת, גם "לא תמיד – לפעמים צריך יותר מזה".)</w:t>
      </w:r>
    </w:p>
    <w:p>
      <w:pPr>
        <w:bidi w:val="1"/>
        <w:jc w:val="right"/>
      </w:pPr>
      <w:r>
        <w:rPr>
          <w:rFonts w:ascii="Arial" w:hAnsi="Arial" w:cs="Arial"/>
          <w:b/>
          <w:color w:val="2B8F86"/>
          <w:sz w:val="21"/>
          <w:rtl w:val="1"/>
          <w:szCs w:val="21"/>
          <w:bCs/>
        </w:rPr>
        <w:t xml:space="preserve">8. [הערכה וביקורת · 15 נק׳] </w:t>
      </w:r>
      <w:r>
        <w:rPr>
          <w:rFonts w:ascii="Arial" w:hAnsi="Arial" w:cs="Arial"/>
          <w:b/>
          <w:sz w:val="21"/>
          <w:rtl w:val="1"/>
          <w:szCs w:val="21"/>
          <w:bCs/>
          <w:highlight w:val="yellow"/>
        </w:rPr>
        <w:t>האם</w:t>
      </w:r>
      <w:r>
        <w:rPr>
          <w:rFonts w:ascii="Arial" w:hAnsi="Arial" w:cs="Arial"/>
          <w:b/>
          <w:sz w:val="21"/>
          <w:rtl w:val="1"/>
          <w:szCs w:val="21"/>
          <w:bCs/>
        </w:rPr>
        <w:t xml:space="preserve"> </w:t>
      </w:r>
      <w:r>
        <w:rPr>
          <w:rFonts w:ascii="Arial" w:hAnsi="Arial" w:cs="Arial"/>
          <w:b/>
          <w:sz w:val="21"/>
          <w:rtl w:val="1"/>
          <w:szCs w:val="21"/>
          <w:bCs/>
          <w:highlight w:val="yellow"/>
        </w:rPr>
        <w:t>לדעתכם</w:t>
      </w:r>
      <w:r>
        <w:rPr>
          <w:rFonts w:ascii="Arial" w:hAnsi="Arial" w:cs="Arial"/>
          <w:b/>
          <w:sz w:val="21"/>
          <w:rtl w:val="1"/>
          <w:szCs w:val="21"/>
          <w:bCs/>
        </w:rPr>
        <w:t xml:space="preserve"> הבלוג של מעיין </w:t>
      </w:r>
      <w:r>
        <w:rPr>
          <w:rFonts w:ascii="Arial" w:hAnsi="Arial" w:cs="Arial"/>
          <w:b/>
          <w:sz w:val="21"/>
          <w:rtl w:val="1"/>
          <w:szCs w:val="21"/>
          <w:bCs/>
          <w:highlight w:val="yellow"/>
        </w:rPr>
        <w:t>יכול לעזור</w:t>
      </w:r>
      <w:r>
        <w:rPr>
          <w:rFonts w:ascii="Arial" w:hAnsi="Arial" w:cs="Arial"/>
          <w:b/>
          <w:sz w:val="21"/>
          <w:rtl w:val="1"/>
          <w:szCs w:val="21"/>
          <w:bCs/>
        </w:rPr>
        <w:t xml:space="preserve"> לתלמידים שעולים לחטיבה? </w:t>
      </w:r>
      <w:r>
        <w:rPr>
          <w:rFonts w:ascii="Arial" w:hAnsi="Arial" w:cs="Arial"/>
          <w:b/>
          <w:sz w:val="21"/>
          <w:rtl w:val="1"/>
          <w:szCs w:val="21"/>
          <w:bCs/>
          <w:highlight w:val="yellow"/>
        </w:rPr>
        <w:t>נמקו</w:t>
      </w:r>
      <w:r>
        <w:rPr>
          <w:rFonts w:ascii="Arial" w:hAnsi="Arial" w:cs="Arial"/>
          <w:b/>
          <w:sz w:val="21"/>
          <w:rtl w:val="1"/>
          <w:szCs w:val="21"/>
          <w:bCs/>
        </w:rPr>
        <w:t xml:space="preserve"> ב</w:t>
      </w:r>
      <w:r>
        <w:rPr>
          <w:rFonts w:ascii="Arial" w:hAnsi="Arial" w:cs="Arial"/>
          <w:b/>
          <w:sz w:val="21"/>
          <w:rtl w:val="1"/>
          <w:szCs w:val="21"/>
          <w:bCs/>
          <w:highlight w:val="yellow"/>
        </w:rPr>
        <w:t>שני נימוקים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להעריך את הבלוג מבחינת התועלת לקוראים ולתת שני נימוקים.</w:t>
      </w:r>
    </w:p>
    <w:p>
      <w:pPr>
        <w:bidi w:val="1"/>
        <w:jc w:val="right"/>
      </w:pPr>
      <w:r>
        <w:rPr>
          <w:rFonts w:ascii="Arial" w:hAnsi="Arial" w:cs="Arial"/>
          <w:b w:val="0"/>
          <w:sz w:val="20"/>
          <w:rtl w:val="1"/>
          <w:szCs w:val="20"/>
        </w:rPr>
        <w:t>מה עליי לעשות: לקבוע עמדה ולמצוא שני נימוקים בתוכן ובסגנון של הבלוג</w:t>
      </w:r>
    </w:p>
    <w:p>
      <w:pPr>
        <w:bidi w:val="1"/>
        <w:jc w:val="right"/>
      </w:pPr>
      <w:r>
        <w:rPr>
          <w:rFonts w:ascii="Arial" w:hAnsi="Arial" w:cs="Arial"/>
          <w:b w:val="0"/>
          <w:sz w:val="20"/>
          <w:rtl w:val="1"/>
          <w:szCs w:val="20"/>
        </w:rPr>
        <w:t>התשובה חייבת לכלול: עמדה ברורה; נימוק 1 (למשל: כנות על הפחד); נימוק 2 (למשל: עצה מעשית / סוף מעודד)</w:t>
      </w:r>
    </w:p>
    <w:p>
      <w:pPr>
        <w:bidi w:val="1"/>
        <w:jc w:val="right"/>
      </w:pPr>
      <w:r>
        <w:rPr>
          <w:rFonts w:ascii="Arial" w:hAnsi="Arial" w:cs="Arial"/>
          <w:b w:val="0"/>
          <w:color w:val="2B5F2B"/>
          <w:sz w:val="20"/>
          <w:rtl w:val="1"/>
          <w:szCs w:val="20"/>
        </w:rPr>
        <w:t>תשובה לדוגמה: דוגמה: כן. ראשית, מעיין כותבת בכנות שגם היא פחדה והלכה לאיבוד, ולכן תלמידים חדשים ירגישו שהם לא לבד. שנית, היא נותנת עצה מעשית ופשוטה – לשאול שאלה אחת – ומראה שהיא באמת עבדה. (יש לקבל כל עמדה מנומקת, למשל: הבלוג עוזר רק למי שאוהב לקרוא, כי החברות התחילה בספרייה.)</w:t>
      </w:r>
    </w:p>
    <w:p>
      <w:pPr>
        <w:pStyle w:val="Heading3"/>
        <w:bidi w:val="1"/>
        <w:jc w:val="right"/>
      </w:pPr>
      <w:r>
        <w:rPr>
          <w:rFonts w:ascii="Arial" w:hAnsi="Arial" w:cs="Arial"/>
          <w:b/>
          <w:color w:val="6B4FC4"/>
          <w:sz w:val="26"/>
          <w:rtl w:val="1"/>
          <w:szCs w:val="26"/>
          <w:bCs/>
        </w:rPr>
        <w:t>טקסט 5: הפסקה בתנועה: כדאי לארגן משחקים פעילים בהפסקה (טקסט טיעוני)</w:t>
      </w:r>
    </w:p>
    <w:p>
      <w:pPr>
        <w:bidi w:val="1"/>
        <w:jc w:val="right"/>
      </w:pPr>
      <w:r>
        <w:rPr>
          <w:rFonts w:ascii="Arial" w:hAnsi="Arial" w:cs="Arial"/>
          <w:b/>
          <w:color w:val="2B8F86"/>
          <w:sz w:val="21"/>
          <w:rtl w:val="1"/>
          <w:szCs w:val="21"/>
          <w:bCs/>
        </w:rPr>
        <w:t xml:space="preserve">1. [איתור מידע · 10 נק׳] </w:t>
      </w:r>
      <w:r>
        <w:rPr>
          <w:rFonts w:ascii="Arial" w:hAnsi="Arial" w:cs="Arial"/>
          <w:b/>
          <w:sz w:val="21"/>
          <w:rtl w:val="1"/>
          <w:szCs w:val="21"/>
          <w:bCs/>
          <w:highlight w:val="yellow"/>
        </w:rPr>
        <w:t>מהי</w:t>
      </w:r>
      <w:r>
        <w:rPr>
          <w:rFonts w:ascii="Arial" w:hAnsi="Arial" w:cs="Arial"/>
          <w:b/>
          <w:sz w:val="21"/>
          <w:rtl w:val="1"/>
          <w:szCs w:val="21"/>
          <w:bCs/>
        </w:rPr>
        <w:t xml:space="preserve"> </w:t>
      </w:r>
      <w:r>
        <w:rPr>
          <w:rFonts w:ascii="Arial" w:hAnsi="Arial" w:cs="Arial"/>
          <w:b/>
          <w:sz w:val="21"/>
          <w:rtl w:val="1"/>
          <w:szCs w:val="21"/>
          <w:bCs/>
          <w:highlight w:val="yellow"/>
        </w:rPr>
        <w:t>עמדת הכותב</w:t>
      </w:r>
      <w:r>
        <w:rPr>
          <w:rFonts w:ascii="Arial" w:hAnsi="Arial" w:cs="Arial"/>
          <w:b/>
          <w:sz w:val="21"/>
          <w:rtl w:val="1"/>
          <w:szCs w:val="21"/>
          <w:bCs/>
        </w:rPr>
        <w:t xml:space="preserve">? </w:t>
      </w:r>
      <w:r>
        <w:rPr>
          <w:rFonts w:ascii="Arial" w:hAnsi="Arial" w:cs="Arial"/>
          <w:b/>
          <w:sz w:val="21"/>
          <w:rtl w:val="1"/>
          <w:szCs w:val="21"/>
          <w:bCs/>
          <w:highlight w:val="yellow"/>
        </w:rPr>
        <w:t>ציינו</w:t>
      </w:r>
      <w:r>
        <w:rPr>
          <w:rFonts w:ascii="Arial" w:hAnsi="Arial" w:cs="Arial"/>
          <w:b/>
          <w:sz w:val="21"/>
          <w:rtl w:val="1"/>
          <w:szCs w:val="21"/>
          <w:bCs/>
        </w:rPr>
        <w:t xml:space="preserve"> אותה </w:t>
      </w:r>
      <w:r>
        <w:rPr>
          <w:rFonts w:ascii="Arial" w:hAnsi="Arial" w:cs="Arial"/>
          <w:b/>
          <w:sz w:val="21"/>
          <w:rtl w:val="1"/>
          <w:szCs w:val="21"/>
          <w:bCs/>
          <w:highlight w:val="yellow"/>
        </w:rPr>
        <w:t>במשפט אחד</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עוסקת בעמדה (הטענה) של הכותב ומבקשת משפט אחד.</w:t>
      </w:r>
    </w:p>
    <w:p>
      <w:pPr>
        <w:bidi w:val="1"/>
        <w:jc w:val="right"/>
      </w:pPr>
      <w:r>
        <w:rPr>
          <w:rFonts w:ascii="Arial" w:hAnsi="Arial" w:cs="Arial"/>
          <w:b w:val="0"/>
          <w:sz w:val="20"/>
          <w:rtl w:val="1"/>
          <w:szCs w:val="20"/>
        </w:rPr>
        <w:t>מה עליי לעשות: למצוא בפסקה 1 את המשפט שמתחיל ב"לדעתי" ולנסח את העמדה במשפט אחד</w:t>
      </w:r>
    </w:p>
    <w:p>
      <w:pPr>
        <w:bidi w:val="1"/>
        <w:jc w:val="right"/>
      </w:pPr>
      <w:r>
        <w:rPr>
          <w:rFonts w:ascii="Arial" w:hAnsi="Arial" w:cs="Arial"/>
          <w:b w:val="0"/>
          <w:sz w:val="20"/>
          <w:rtl w:val="1"/>
          <w:szCs w:val="20"/>
        </w:rPr>
        <w:t>התשובה חייבת לכלול: העמדה: לארגן משחקים פעילים וספורט בהפסקה הגדולה; ניסוח במשפט אחד</w:t>
      </w:r>
    </w:p>
    <w:p>
      <w:pPr>
        <w:bidi w:val="1"/>
        <w:jc w:val="right"/>
      </w:pPr>
      <w:r>
        <w:rPr>
          <w:rFonts w:ascii="Arial" w:hAnsi="Arial" w:cs="Arial"/>
          <w:b w:val="0"/>
          <w:color w:val="2B5F2B"/>
          <w:sz w:val="20"/>
          <w:rtl w:val="1"/>
          <w:szCs w:val="20"/>
        </w:rPr>
        <w:t>תשובה לדוגמה: הכותב טוען שבית הספר צריך לארגן בהפסקה הגדולה משחקים פעילים וספורט שכל מי שרוצה יוכל להשתתף בהם.</w:t>
      </w:r>
    </w:p>
    <w:p>
      <w:pPr>
        <w:bidi w:val="1"/>
        <w:jc w:val="right"/>
      </w:pPr>
      <w:r>
        <w:rPr>
          <w:rFonts w:ascii="Arial" w:hAnsi="Arial" w:cs="Arial"/>
          <w:b/>
          <w:color w:val="2B8F86"/>
          <w:sz w:val="21"/>
          <w:rtl w:val="1"/>
          <w:szCs w:val="21"/>
          <w:bCs/>
        </w:rPr>
        <w:t xml:space="preserve">2. [איתור מידע · 15 נק׳] </w:t>
      </w:r>
      <w:r>
        <w:rPr>
          <w:rFonts w:ascii="Arial" w:hAnsi="Arial" w:cs="Arial"/>
          <w:b/>
          <w:sz w:val="21"/>
          <w:rtl w:val="1"/>
          <w:szCs w:val="21"/>
          <w:bCs/>
          <w:highlight w:val="yellow"/>
        </w:rPr>
        <w:t>ציינו</w:t>
      </w:r>
      <w:r>
        <w:rPr>
          <w:rFonts w:ascii="Arial" w:hAnsi="Arial" w:cs="Arial"/>
          <w:b/>
          <w:sz w:val="21"/>
          <w:rtl w:val="1"/>
          <w:szCs w:val="21"/>
          <w:bCs/>
        </w:rPr>
        <w:t xml:space="preserve"> את </w:t>
      </w:r>
      <w:r>
        <w:rPr>
          <w:rFonts w:ascii="Arial" w:hAnsi="Arial" w:cs="Arial"/>
          <w:b/>
          <w:sz w:val="21"/>
          <w:rtl w:val="1"/>
          <w:szCs w:val="21"/>
          <w:bCs/>
          <w:highlight w:val="yellow"/>
        </w:rPr>
        <w:t>שלושת הנימוקים</w:t>
      </w:r>
      <w:r>
        <w:rPr>
          <w:rFonts w:ascii="Arial" w:hAnsi="Arial" w:cs="Arial"/>
          <w:b/>
          <w:sz w:val="21"/>
          <w:rtl w:val="1"/>
          <w:szCs w:val="21"/>
          <w:bCs/>
        </w:rPr>
        <w:t xml:space="preserve"> שהכותב מביא </w:t>
      </w:r>
      <w:r>
        <w:rPr>
          <w:rFonts w:ascii="Arial" w:hAnsi="Arial" w:cs="Arial"/>
          <w:b/>
          <w:sz w:val="21"/>
          <w:rtl w:val="1"/>
          <w:szCs w:val="21"/>
          <w:bCs/>
          <w:highlight w:val="yellow"/>
        </w:rPr>
        <w:t>לטובת עמדתו</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מבקשת בדיוק שלושה נימוקים; הם מסומנים בטקסט במילים "הנימוק הראשון / השני / השלישי".</w:t>
      </w:r>
    </w:p>
    <w:p>
      <w:pPr>
        <w:bidi w:val="1"/>
        <w:jc w:val="right"/>
      </w:pPr>
      <w:r>
        <w:rPr>
          <w:rFonts w:ascii="Arial" w:hAnsi="Arial" w:cs="Arial"/>
          <w:b w:val="0"/>
          <w:sz w:val="20"/>
          <w:rtl w:val="1"/>
          <w:szCs w:val="20"/>
        </w:rPr>
        <w:t>מה עליי לעשות: למצוא בפסקאות 2–4 את שלושת הנימוקים ולכתוב כל אחד בקצרה</w:t>
      </w:r>
    </w:p>
    <w:p>
      <w:pPr>
        <w:bidi w:val="1"/>
        <w:jc w:val="right"/>
      </w:pPr>
      <w:r>
        <w:rPr>
          <w:rFonts w:ascii="Arial" w:hAnsi="Arial" w:cs="Arial"/>
          <w:b w:val="0"/>
          <w:sz w:val="20"/>
          <w:rtl w:val="1"/>
          <w:szCs w:val="20"/>
        </w:rPr>
        <w:t>התשובה חייבת לכלול: נימוק 1: בריאות; נימוק 2: ריכוז; נימוק 3: חברה / היכרות</w:t>
      </w:r>
    </w:p>
    <w:p>
      <w:pPr>
        <w:bidi w:val="1"/>
        <w:jc w:val="right"/>
      </w:pPr>
      <w:r>
        <w:rPr>
          <w:rFonts w:ascii="Arial" w:hAnsi="Arial" w:cs="Arial"/>
          <w:b w:val="0"/>
          <w:color w:val="2B5F2B"/>
          <w:sz w:val="20"/>
          <w:rtl w:val="1"/>
          <w:szCs w:val="20"/>
        </w:rPr>
        <w:t>תשובה לדוגמה: 1. בריאות – אנחנו יושבים הרבה והגוף צריך תנועה. 2. ריכוז – אחרי מנוחה פעילה קל יותר להקשיב. 3. חברה – במשחק מאורגן כל אחד יכול להצטרף ולהכיר חברים.</w:t>
      </w:r>
    </w:p>
    <w:p>
      <w:pPr>
        <w:bidi w:val="1"/>
        <w:jc w:val="right"/>
      </w:pPr>
      <w:r>
        <w:rPr>
          <w:rFonts w:ascii="Arial" w:hAnsi="Arial" w:cs="Arial"/>
          <w:b/>
          <w:color w:val="2B8F86"/>
          <w:sz w:val="21"/>
          <w:rtl w:val="1"/>
          <w:szCs w:val="21"/>
          <w:bCs/>
        </w:rPr>
        <w:t xml:space="preserve">3. [איתור מידע · 10 נק׳] </w:t>
      </w:r>
      <w:r>
        <w:rPr>
          <w:rFonts w:ascii="Arial" w:hAnsi="Arial" w:cs="Arial"/>
          <w:b/>
          <w:sz w:val="21"/>
          <w:rtl w:val="1"/>
          <w:szCs w:val="21"/>
          <w:bCs/>
          <w:highlight w:val="yellow"/>
        </w:rPr>
        <w:t>על פי פסקה 5</w:t>
      </w:r>
      <w:r>
        <w:rPr>
          <w:rFonts w:ascii="Arial" w:hAnsi="Arial" w:cs="Arial"/>
          <w:b/>
          <w:sz w:val="21"/>
          <w:rtl w:val="1"/>
          <w:szCs w:val="21"/>
          <w:bCs/>
        </w:rPr>
        <w:t xml:space="preserve">, </w:t>
      </w:r>
      <w:r>
        <w:rPr>
          <w:rFonts w:ascii="Arial" w:hAnsi="Arial" w:cs="Arial"/>
          <w:b/>
          <w:sz w:val="21"/>
          <w:rtl w:val="1"/>
          <w:szCs w:val="21"/>
          <w:bCs/>
          <w:highlight w:val="yellow"/>
        </w:rPr>
        <w:t>מה טוענים</w:t>
      </w:r>
      <w:r>
        <w:rPr>
          <w:rFonts w:ascii="Arial" w:hAnsi="Arial" w:cs="Arial"/>
          <w:b/>
          <w:sz w:val="21"/>
          <w:rtl w:val="1"/>
          <w:szCs w:val="21"/>
          <w:bCs/>
        </w:rPr>
        <w:t xml:space="preserve"> מי ש</w:t>
      </w:r>
      <w:r>
        <w:rPr>
          <w:rFonts w:ascii="Arial" w:hAnsi="Arial" w:cs="Arial"/>
          <w:b/>
          <w:sz w:val="21"/>
          <w:rtl w:val="1"/>
          <w:szCs w:val="21"/>
          <w:bCs/>
          <w:highlight w:val="yellow"/>
        </w:rPr>
        <w:t>מתנגדים</w:t>
      </w:r>
      <w:r>
        <w:rPr>
          <w:rFonts w:ascii="Arial" w:hAnsi="Arial" w:cs="Arial"/>
          <w:b/>
          <w:sz w:val="21"/>
          <w:rtl w:val="1"/>
          <w:szCs w:val="21"/>
          <w:bCs/>
        </w:rPr>
        <w:t xml:space="preserve"> להצעה?</w:t>
      </w:r>
    </w:p>
    <w:p>
      <w:pPr>
        <w:bidi w:val="1"/>
        <w:jc w:val="right"/>
      </w:pPr>
      <w:r>
        <w:rPr>
          <w:rFonts w:ascii="Arial" w:hAnsi="Arial" w:cs="Arial"/>
          <w:b w:val="0"/>
          <w:sz w:val="20"/>
          <w:rtl w:val="1"/>
          <w:szCs w:val="20"/>
        </w:rPr>
        <w:t>מה השאלה מספרת: השאלה מפנה לפסקה 5 ועוסקת בטענת המתנגדים (טענת הנגד).</w:t>
      </w:r>
    </w:p>
    <w:p>
      <w:pPr>
        <w:bidi w:val="1"/>
        <w:jc w:val="right"/>
      </w:pPr>
      <w:r>
        <w:rPr>
          <w:rFonts w:ascii="Arial" w:hAnsi="Arial" w:cs="Arial"/>
          <w:b w:val="0"/>
          <w:sz w:val="20"/>
          <w:rtl w:val="1"/>
          <w:szCs w:val="20"/>
        </w:rPr>
        <w:t>מה עליי לעשות: לחפש בפסקה 5 את המשפט "יש הטוענים…" ולכתוב את הטענה</w:t>
      </w:r>
    </w:p>
    <w:p>
      <w:pPr>
        <w:bidi w:val="1"/>
        <w:jc w:val="right"/>
      </w:pPr>
      <w:r>
        <w:rPr>
          <w:rFonts w:ascii="Arial" w:hAnsi="Arial" w:cs="Arial"/>
          <w:b w:val="0"/>
          <w:sz w:val="20"/>
          <w:rtl w:val="1"/>
          <w:szCs w:val="20"/>
        </w:rPr>
        <w:t>התשובה חייבת לכלול: ההפסקה צריכה להיות זמן חופשי לגמרי; החשש: תהפוך לעוד שיעור</w:t>
      </w:r>
    </w:p>
    <w:p>
      <w:pPr>
        <w:bidi w:val="1"/>
        <w:jc w:val="right"/>
      </w:pPr>
      <w:r>
        <w:rPr>
          <w:rFonts w:ascii="Arial" w:hAnsi="Arial" w:cs="Arial"/>
          <w:b w:val="0"/>
          <w:color w:val="2B5F2B"/>
          <w:sz w:val="20"/>
          <w:rtl w:val="1"/>
          <w:szCs w:val="20"/>
        </w:rPr>
        <w:t>תשובה לדוגמה: המתנגדים טוענים שההפסקה צריכה להיות זמן חופשי לגמרי, ושאם יארגנו אותה היא תהפוך לעוד שיעור.</w:t>
      </w:r>
    </w:p>
    <w:p>
      <w:pPr>
        <w:bidi w:val="1"/>
        <w:jc w:val="right"/>
      </w:pPr>
      <w:r>
        <w:rPr>
          <w:rFonts w:ascii="Arial" w:hAnsi="Arial" w:cs="Arial"/>
          <w:b/>
          <w:color w:val="2B8F86"/>
          <w:sz w:val="21"/>
          <w:rtl w:val="1"/>
          <w:szCs w:val="21"/>
          <w:bCs/>
        </w:rPr>
        <w:t xml:space="preserve">4. [פרשנות והיסק · 15 נק׳] </w:t>
      </w:r>
      <w:r>
        <w:rPr>
          <w:rFonts w:ascii="Arial" w:hAnsi="Arial" w:cs="Arial"/>
          <w:b/>
          <w:sz w:val="21"/>
          <w:rtl w:val="1"/>
          <w:szCs w:val="21"/>
          <w:bCs/>
          <w:highlight w:val="yellow"/>
        </w:rPr>
        <w:t>כיצד</w:t>
      </w:r>
      <w:r>
        <w:rPr>
          <w:rFonts w:ascii="Arial" w:hAnsi="Arial" w:cs="Arial"/>
          <w:b/>
          <w:sz w:val="21"/>
          <w:rtl w:val="1"/>
          <w:szCs w:val="21"/>
          <w:bCs/>
        </w:rPr>
        <w:t xml:space="preserve"> הכותב </w:t>
      </w:r>
      <w:r>
        <w:rPr>
          <w:rFonts w:ascii="Arial" w:hAnsi="Arial" w:cs="Arial"/>
          <w:b/>
          <w:sz w:val="21"/>
          <w:rtl w:val="1"/>
          <w:szCs w:val="21"/>
          <w:bCs/>
          <w:highlight w:val="yellow"/>
        </w:rPr>
        <w:t>משיב</w:t>
      </w:r>
      <w:r>
        <w:rPr>
          <w:rFonts w:ascii="Arial" w:hAnsi="Arial" w:cs="Arial"/>
          <w:b/>
          <w:sz w:val="21"/>
          <w:rtl w:val="1"/>
          <w:szCs w:val="21"/>
          <w:bCs/>
        </w:rPr>
        <w:t xml:space="preserve"> </w:t>
      </w:r>
      <w:r>
        <w:rPr>
          <w:rFonts w:ascii="Arial" w:hAnsi="Arial" w:cs="Arial"/>
          <w:b/>
          <w:sz w:val="21"/>
          <w:rtl w:val="1"/>
          <w:szCs w:val="21"/>
          <w:bCs/>
          <w:highlight w:val="yellow"/>
        </w:rPr>
        <w:t>לטענת המתנגדים</w:t>
      </w:r>
      <w:r>
        <w:rPr>
          <w:rFonts w:ascii="Arial" w:hAnsi="Arial" w:cs="Arial"/>
          <w:b/>
          <w:sz w:val="21"/>
          <w:rtl w:val="1"/>
          <w:szCs w:val="21"/>
          <w:bCs/>
        </w:rPr>
        <w:t xml:space="preserve">? </w:t>
      </w:r>
      <w:r>
        <w:rPr>
          <w:rFonts w:ascii="Arial" w:hAnsi="Arial" w:cs="Arial"/>
          <w:b/>
          <w:sz w:val="21"/>
          <w:rtl w:val="1"/>
          <w:szCs w:val="21"/>
          <w:bCs/>
          <w:highlight w:val="yellow"/>
        </w:rPr>
        <w:t>הסבירו</w:t>
      </w:r>
      <w:r>
        <w:rPr>
          <w:rFonts w:ascii="Arial" w:hAnsi="Arial" w:cs="Arial"/>
          <w:b/>
          <w:sz w:val="21"/>
          <w:rtl w:val="1"/>
          <w:szCs w:val="21"/>
          <w:bCs/>
        </w:rPr>
        <w:t xml:space="preserve"> </w:t>
      </w:r>
      <w:r>
        <w:rPr>
          <w:rFonts w:ascii="Arial" w:hAnsi="Arial" w:cs="Arial"/>
          <w:b/>
          <w:sz w:val="21"/>
          <w:rtl w:val="1"/>
          <w:szCs w:val="21"/>
          <w:bCs/>
          <w:highlight w:val="yellow"/>
        </w:rPr>
        <w:t>מדוע</w:t>
      </w:r>
      <w:r>
        <w:rPr>
          <w:rFonts w:ascii="Arial" w:hAnsi="Arial" w:cs="Arial"/>
          <w:b/>
          <w:sz w:val="21"/>
          <w:rtl w:val="1"/>
          <w:szCs w:val="21"/>
          <w:bCs/>
        </w:rPr>
        <w:t xml:space="preserve"> תשובתו מחזקת את עמדתו.</w:t>
      </w:r>
    </w:p>
    <w:p>
      <w:pPr>
        <w:bidi w:val="1"/>
        <w:jc w:val="right"/>
      </w:pPr>
      <w:r>
        <w:rPr>
          <w:rFonts w:ascii="Arial" w:hAnsi="Arial" w:cs="Arial"/>
          <w:b w:val="0"/>
          <w:sz w:val="20"/>
          <w:rtl w:val="1"/>
          <w:szCs w:val="20"/>
        </w:rPr>
        <w:t>מה השאלה מספרת: השאלה עוסקת בתשובה (ההפרכה) לטענת הנגד בפסקה 5 ומבקשת גם להסביר את השפעתה.</w:t>
      </w:r>
    </w:p>
    <w:p>
      <w:pPr>
        <w:bidi w:val="1"/>
        <w:jc w:val="right"/>
      </w:pPr>
      <w:r>
        <w:rPr>
          <w:rFonts w:ascii="Arial" w:hAnsi="Arial" w:cs="Arial"/>
          <w:b w:val="0"/>
          <w:sz w:val="20"/>
          <w:rtl w:val="1"/>
          <w:szCs w:val="20"/>
        </w:rPr>
        <w:t>מה עליי לעשות: לכתוב את שני הפתרונות שהכותב מציע ולהסביר איך הם מחזקים אותו</w:t>
      </w:r>
    </w:p>
    <w:p>
      <w:pPr>
        <w:bidi w:val="1"/>
        <w:jc w:val="right"/>
      </w:pPr>
      <w:r>
        <w:rPr>
          <w:rFonts w:ascii="Arial" w:hAnsi="Arial" w:cs="Arial"/>
          <w:b w:val="0"/>
          <w:sz w:val="20"/>
          <w:rtl w:val="1"/>
          <w:szCs w:val="20"/>
        </w:rPr>
        <w:t>התשובה חייבת לכלול: פתרון 1: השתתפות רשות; פתרון 2: תלמידים גדולים מובילים; הסבר: הכותב מראה שהחשש מטופל ולכן ההצעה הוגנת</w:t>
      </w:r>
    </w:p>
    <w:p>
      <w:pPr>
        <w:bidi w:val="1"/>
        <w:jc w:val="right"/>
      </w:pPr>
      <w:r>
        <w:rPr>
          <w:rFonts w:ascii="Arial" w:hAnsi="Arial" w:cs="Arial"/>
          <w:b w:val="0"/>
          <w:color w:val="2B5F2B"/>
          <w:sz w:val="20"/>
          <w:rtl w:val="1"/>
          <w:szCs w:val="20"/>
        </w:rPr>
        <w:t>תשובה לדוגמה: הכותב מודה שזו טענה חשובה, אבל מציע פתרון: ההשתתפות תהיה רשות, ומי שרוצה לנוח יוכל לנוח; ואת המשחקים יובילו תלמידים מהשכבות הגבוהות ולא מורים, כדי שהאווירה תישאר קלילה. התשובה מחזקת את עמדתו כי היא מראה שהוא הקשיב לצד השני ושההצעה שלו לא פוגעת בחופש – וכך קשה יותר להתנגד לה.</w:t>
      </w:r>
    </w:p>
    <w:p>
      <w:pPr>
        <w:bidi w:val="1"/>
        <w:jc w:val="right"/>
      </w:pPr>
      <w:r>
        <w:rPr>
          <w:rFonts w:ascii="Arial" w:hAnsi="Arial" w:cs="Arial"/>
          <w:b/>
          <w:color w:val="2B8F86"/>
          <w:sz w:val="21"/>
          <w:rtl w:val="1"/>
          <w:szCs w:val="21"/>
          <w:bCs/>
        </w:rPr>
        <w:t xml:space="preserve">5. [פרשנות והיסק · 15 נק׳] </w:t>
      </w:r>
      <w:r>
        <w:rPr>
          <w:rFonts w:ascii="Arial" w:hAnsi="Arial" w:cs="Arial"/>
          <w:b/>
          <w:sz w:val="21"/>
          <w:rtl w:val="1"/>
          <w:szCs w:val="21"/>
          <w:bCs/>
          <w:highlight w:val="yellow"/>
        </w:rPr>
        <w:t>למה מתכוון</w:t>
      </w:r>
      <w:r>
        <w:rPr>
          <w:rFonts w:ascii="Arial" w:hAnsi="Arial" w:cs="Arial"/>
          <w:b/>
          <w:sz w:val="21"/>
          <w:rtl w:val="1"/>
          <w:szCs w:val="21"/>
          <w:bCs/>
        </w:rPr>
        <w:t xml:space="preserve"> הכותב כשהוא כותב שבמשחק מאורגן "</w:t>
      </w:r>
      <w:r>
        <w:rPr>
          <w:rFonts w:ascii="Arial" w:hAnsi="Arial" w:cs="Arial"/>
          <w:b/>
          <w:sz w:val="21"/>
          <w:rtl w:val="1"/>
          <w:szCs w:val="21"/>
          <w:bCs/>
          <w:highlight w:val="yellow"/>
        </w:rPr>
        <w:t>אין צורך</w:t>
      </w:r>
      <w:r>
        <w:rPr>
          <w:rFonts w:ascii="Arial" w:hAnsi="Arial" w:cs="Arial"/>
          <w:b/>
          <w:sz w:val="21"/>
          <w:rtl w:val="1"/>
          <w:szCs w:val="21"/>
          <w:bCs/>
        </w:rPr>
        <w:t xml:space="preserve"> ׳להיכנס׳ לקבוצה קיימת"? </w:t>
      </w:r>
      <w:r>
        <w:rPr>
          <w:rFonts w:ascii="Arial" w:hAnsi="Arial" w:cs="Arial"/>
          <w:b/>
          <w:sz w:val="21"/>
          <w:rtl w:val="1"/>
          <w:szCs w:val="21"/>
          <w:bCs/>
          <w:highlight w:val="yellow"/>
        </w:rPr>
        <w:t>הסבירו</w:t>
      </w:r>
      <w:r>
        <w:rPr>
          <w:rFonts w:ascii="Arial" w:hAnsi="Arial" w:cs="Arial"/>
          <w:b/>
          <w:sz w:val="21"/>
          <w:rtl w:val="1"/>
          <w:szCs w:val="21"/>
          <w:bCs/>
        </w:rPr>
        <w:t>, ו</w:t>
      </w:r>
      <w:r>
        <w:rPr>
          <w:rFonts w:ascii="Arial" w:hAnsi="Arial" w:cs="Arial"/>
          <w:b/>
          <w:sz w:val="21"/>
          <w:rtl w:val="1"/>
          <w:szCs w:val="21"/>
          <w:bCs/>
          <w:highlight w:val="yellow"/>
        </w:rPr>
        <w:t>מה ניתן להסיק</w:t>
      </w:r>
      <w:r>
        <w:rPr>
          <w:rFonts w:ascii="Arial" w:hAnsi="Arial" w:cs="Arial"/>
          <w:b/>
          <w:sz w:val="21"/>
          <w:rtl w:val="1"/>
          <w:szCs w:val="21"/>
          <w:bCs/>
        </w:rPr>
        <w:t xml:space="preserve"> מכך על </w:t>
      </w:r>
      <w:r>
        <w:rPr>
          <w:rFonts w:ascii="Arial" w:hAnsi="Arial" w:cs="Arial"/>
          <w:b/>
          <w:sz w:val="21"/>
          <w:rtl w:val="1"/>
          <w:szCs w:val="21"/>
          <w:bCs/>
          <w:highlight w:val="yellow"/>
        </w:rPr>
        <w:t>תלמידים חדשים</w:t>
      </w:r>
      <w:r>
        <w:rPr>
          <w:rFonts w:ascii="Arial" w:hAnsi="Arial" w:cs="Arial"/>
          <w:b/>
          <w:sz w:val="21"/>
          <w:rtl w:val="1"/>
          <w:szCs w:val="21"/>
          <w:bCs/>
        </w:rPr>
        <w:t>?</w:t>
      </w:r>
    </w:p>
    <w:p>
      <w:pPr>
        <w:bidi w:val="1"/>
        <w:jc w:val="right"/>
      </w:pPr>
      <w:r>
        <w:rPr>
          <w:rFonts w:ascii="Arial" w:hAnsi="Arial" w:cs="Arial"/>
          <w:b w:val="0"/>
          <w:sz w:val="20"/>
          <w:rtl w:val="1"/>
          <w:szCs w:val="20"/>
        </w:rPr>
        <w:t>מה השאלה מספרת: השאלה מצטטת ביטוי מפסקה 4 ושואלת על משמעותו ועל השפעתו על תלמידים חדשים.</w:t>
      </w:r>
    </w:p>
    <w:p>
      <w:pPr>
        <w:bidi w:val="1"/>
        <w:jc w:val="right"/>
      </w:pPr>
      <w:r>
        <w:rPr>
          <w:rFonts w:ascii="Arial" w:hAnsi="Arial" w:cs="Arial"/>
          <w:b w:val="0"/>
          <w:sz w:val="20"/>
          <w:rtl w:val="1"/>
          <w:szCs w:val="20"/>
        </w:rPr>
        <w:t>מה עליי לעשות: להסביר את הביטוי במילים שלי ולהסיק מה הוא אומר על תלמידים חדשים</w:t>
      </w:r>
    </w:p>
    <w:p>
      <w:pPr>
        <w:bidi w:val="1"/>
        <w:jc w:val="right"/>
      </w:pPr>
      <w:r>
        <w:rPr>
          <w:rFonts w:ascii="Arial" w:hAnsi="Arial" w:cs="Arial"/>
          <w:b w:val="0"/>
          <w:sz w:val="20"/>
          <w:rtl w:val="1"/>
          <w:szCs w:val="20"/>
        </w:rPr>
        <w:t>התשובה חייבת לכלול: הסבר הביטוי: לא צריך לבקש רשות מחבורה סגורה; מסקנה: לתלמידים חדשים קל יותר להצטרף; הסבר למה המילה "להיכנס" במירכאות</w:t>
      </w:r>
    </w:p>
    <w:p>
      <w:pPr>
        <w:bidi w:val="1"/>
        <w:jc w:val="right"/>
      </w:pPr>
      <w:r>
        <w:rPr>
          <w:rFonts w:ascii="Arial" w:hAnsi="Arial" w:cs="Arial"/>
          <w:b w:val="0"/>
          <w:color w:val="2B5F2B"/>
          <w:sz w:val="20"/>
          <w:rtl w:val="1"/>
          <w:szCs w:val="20"/>
        </w:rPr>
        <w:t>תשובה לדוגמה: בדרך כלל בהפסקה ילדים משחקים בחבורות קבועות, וכדי להצטרף צריך "להיכנס" – לבקש, להתאים, לפעמים לקבל סירוב (המירכאות מראות שאין הכוונה לכניסה פיזית). במשחק מאורגן המשחק פתוח לכולם, ולכן לא צריך את האישור הזה. אפשר להסיק שתלמידים חדשים או ביישנים ירוויחו במיוחד, כי יוכלו להכיר ילדים בלי המבוכה של לפנות לקבוצה סגורה.</w:t>
      </w:r>
    </w:p>
    <w:p>
      <w:pPr>
        <w:bidi w:val="1"/>
        <w:jc w:val="right"/>
      </w:pPr>
      <w:r>
        <w:rPr>
          <w:rFonts w:ascii="Arial" w:hAnsi="Arial" w:cs="Arial"/>
          <w:b/>
          <w:color w:val="2B8F86"/>
          <w:sz w:val="21"/>
          <w:rtl w:val="1"/>
          <w:szCs w:val="21"/>
          <w:bCs/>
        </w:rPr>
        <w:t xml:space="preserve">6. [פרשנות והיסק · 10 נק׳] </w:t>
      </w:r>
      <w:r>
        <w:rPr>
          <w:rFonts w:ascii="Arial" w:hAnsi="Arial" w:cs="Arial"/>
          <w:b/>
          <w:sz w:val="21"/>
          <w:rtl w:val="1"/>
          <w:szCs w:val="21"/>
          <w:bCs/>
          <w:highlight w:val="yellow"/>
        </w:rPr>
        <w:t>מה תפקיד</w:t>
      </w:r>
      <w:r>
        <w:rPr>
          <w:rFonts w:ascii="Arial" w:hAnsi="Arial" w:cs="Arial"/>
          <w:b/>
          <w:sz w:val="21"/>
          <w:rtl w:val="1"/>
          <w:szCs w:val="21"/>
          <w:bCs/>
        </w:rPr>
        <w:t xml:space="preserve"> </w:t>
      </w:r>
      <w:r>
        <w:rPr>
          <w:rFonts w:ascii="Arial" w:hAnsi="Arial" w:cs="Arial"/>
          <w:b/>
          <w:sz w:val="21"/>
          <w:rtl w:val="1"/>
          <w:szCs w:val="21"/>
          <w:bCs/>
          <w:highlight w:val="yellow"/>
        </w:rPr>
        <w:t>הפסקה האחרונה</w:t>
      </w:r>
      <w:r>
        <w:rPr>
          <w:rFonts w:ascii="Arial" w:hAnsi="Arial" w:cs="Arial"/>
          <w:b/>
          <w:sz w:val="21"/>
          <w:rtl w:val="1"/>
          <w:szCs w:val="21"/>
          <w:bCs/>
        </w:rPr>
        <w:t xml:space="preserve"> בטקסט הטיעוני? </w:t>
      </w:r>
      <w:r>
        <w:rPr>
          <w:rFonts w:ascii="Arial" w:hAnsi="Arial" w:cs="Arial"/>
          <w:b/>
          <w:sz w:val="21"/>
          <w:rtl w:val="1"/>
          <w:szCs w:val="21"/>
          <w:bCs/>
          <w:highlight w:val="yellow"/>
        </w:rPr>
        <w:t>ציינו</w:t>
      </w:r>
      <w:r>
        <w:rPr>
          <w:rFonts w:ascii="Arial" w:hAnsi="Arial" w:cs="Arial"/>
          <w:b/>
          <w:sz w:val="21"/>
          <w:rtl w:val="1"/>
          <w:szCs w:val="21"/>
          <w:bCs/>
        </w:rPr>
        <w:t xml:space="preserve"> </w:t>
      </w:r>
      <w:r>
        <w:rPr>
          <w:rFonts w:ascii="Arial" w:hAnsi="Arial" w:cs="Arial"/>
          <w:b/>
          <w:sz w:val="21"/>
          <w:rtl w:val="1"/>
          <w:szCs w:val="21"/>
          <w:bCs/>
          <w:highlight w:val="yellow"/>
        </w:rPr>
        <w:t>שני דברים</w:t>
      </w:r>
      <w:r>
        <w:rPr>
          <w:rFonts w:ascii="Arial" w:hAnsi="Arial" w:cs="Arial"/>
          <w:b/>
          <w:sz w:val="21"/>
          <w:rtl w:val="1"/>
          <w:szCs w:val="21"/>
          <w:bCs/>
        </w:rPr>
        <w:t xml:space="preserve"> שהכותב עושה בה.</w:t>
      </w:r>
    </w:p>
    <w:p>
      <w:pPr>
        <w:bidi w:val="1"/>
        <w:jc w:val="right"/>
      </w:pPr>
      <w:r>
        <w:rPr>
          <w:rFonts w:ascii="Arial" w:hAnsi="Arial" w:cs="Arial"/>
          <w:b w:val="0"/>
          <w:sz w:val="20"/>
          <w:rtl w:val="1"/>
          <w:szCs w:val="20"/>
        </w:rPr>
        <w:t>מה השאלה מספרת: השאלה עוסקת בפסקת הסיכום ומבקשת שני דברים שהכותב עושה בה.</w:t>
      </w:r>
    </w:p>
    <w:p>
      <w:pPr>
        <w:bidi w:val="1"/>
        <w:jc w:val="right"/>
      </w:pPr>
      <w:r>
        <w:rPr>
          <w:rFonts w:ascii="Arial" w:hAnsi="Arial" w:cs="Arial"/>
          <w:b w:val="0"/>
          <w:sz w:val="20"/>
          <w:rtl w:val="1"/>
          <w:szCs w:val="20"/>
        </w:rPr>
        <w:t>מה עליי לעשות: לקרוא את פסקה 6 ולזהות את החלקים שלה (סיכום, קריאה לפעולה)</w:t>
      </w:r>
    </w:p>
    <w:p>
      <w:pPr>
        <w:bidi w:val="1"/>
        <w:jc w:val="right"/>
      </w:pPr>
      <w:r>
        <w:rPr>
          <w:rFonts w:ascii="Arial" w:hAnsi="Arial" w:cs="Arial"/>
          <w:b w:val="0"/>
          <w:sz w:val="20"/>
          <w:rtl w:val="1"/>
          <w:szCs w:val="20"/>
        </w:rPr>
        <w:t>התשובה חייבת לכלול: חזרה בקצרה על הטענה והנימוקים (סיכום); קריאה לפעולה – פנייה למועצת התלמידים</w:t>
      </w:r>
    </w:p>
    <w:p>
      <w:pPr>
        <w:bidi w:val="1"/>
        <w:jc w:val="right"/>
      </w:pPr>
      <w:r>
        <w:rPr>
          <w:rFonts w:ascii="Arial" w:hAnsi="Arial" w:cs="Arial"/>
          <w:b w:val="0"/>
          <w:color w:val="2B5F2B"/>
          <w:sz w:val="20"/>
          <w:rtl w:val="1"/>
          <w:szCs w:val="20"/>
        </w:rPr>
        <w:t>תשובה לדוגמה: בפסקה האחרונה הכותב מסכם: הוא חוזר בקצרה על שלושת הנימוקים (בריאות, ריכוז, חברה) ועל התשובה למתנגדים. בנוסף הוא קורא לפעולה – מבקש ממועצת התלמידים להציג את ההצעה להנהלה, ומסיים בסיסמה "בואו נחזיר את התנועה להפסקה!".</w:t>
      </w:r>
    </w:p>
    <w:p>
      <w:pPr>
        <w:bidi w:val="1"/>
        <w:jc w:val="right"/>
      </w:pPr>
      <w:r>
        <w:rPr>
          <w:rFonts w:ascii="Arial" w:hAnsi="Arial" w:cs="Arial"/>
          <w:b/>
          <w:color w:val="2B8F86"/>
          <w:sz w:val="21"/>
          <w:rtl w:val="1"/>
          <w:szCs w:val="21"/>
          <w:bCs/>
        </w:rPr>
        <w:t xml:space="preserve">7. [הערכה וביקורת · 15 נק׳] </w:t>
      </w:r>
      <w:r>
        <w:rPr>
          <w:rFonts w:ascii="Arial" w:hAnsi="Arial" w:cs="Arial"/>
          <w:b/>
          <w:sz w:val="21"/>
          <w:rtl w:val="1"/>
          <w:szCs w:val="21"/>
          <w:bCs/>
          <w:highlight w:val="yellow"/>
        </w:rPr>
        <w:t>איזה</w:t>
      </w:r>
      <w:r>
        <w:rPr>
          <w:rFonts w:ascii="Arial" w:hAnsi="Arial" w:cs="Arial"/>
          <w:b/>
          <w:sz w:val="21"/>
          <w:rtl w:val="1"/>
          <w:szCs w:val="21"/>
          <w:bCs/>
        </w:rPr>
        <w:t xml:space="preserve"> מבין שלושת הנימוקים </w:t>
      </w:r>
      <w:r>
        <w:rPr>
          <w:rFonts w:ascii="Arial" w:hAnsi="Arial" w:cs="Arial"/>
          <w:b/>
          <w:sz w:val="21"/>
          <w:rtl w:val="1"/>
          <w:szCs w:val="21"/>
          <w:bCs/>
          <w:highlight w:val="yellow"/>
        </w:rPr>
        <w:t>משכנע אתכם ביותר</w:t>
      </w:r>
      <w:r>
        <w:rPr>
          <w:rFonts w:ascii="Arial" w:hAnsi="Arial" w:cs="Arial"/>
          <w:b/>
          <w:sz w:val="21"/>
          <w:rtl w:val="1"/>
          <w:szCs w:val="21"/>
          <w:bCs/>
        </w:rPr>
        <w:t xml:space="preserve">? </w:t>
      </w:r>
      <w:r>
        <w:rPr>
          <w:rFonts w:ascii="Arial" w:hAnsi="Arial" w:cs="Arial"/>
          <w:b/>
          <w:sz w:val="21"/>
          <w:rtl w:val="1"/>
          <w:szCs w:val="21"/>
          <w:bCs/>
          <w:highlight w:val="yellow"/>
        </w:rPr>
        <w:t>הביעו דעה</w:t>
      </w:r>
      <w:r>
        <w:rPr>
          <w:rFonts w:ascii="Arial" w:hAnsi="Arial" w:cs="Arial"/>
          <w:b/>
          <w:sz w:val="21"/>
          <w:rtl w:val="1"/>
          <w:szCs w:val="21"/>
          <w:bCs/>
        </w:rPr>
        <w:t xml:space="preserve"> ו</w:t>
      </w:r>
      <w:r>
        <w:rPr>
          <w:rFonts w:ascii="Arial" w:hAnsi="Arial" w:cs="Arial"/>
          <w:b/>
          <w:sz w:val="21"/>
          <w:rtl w:val="1"/>
          <w:szCs w:val="21"/>
          <w:bCs/>
          <w:highlight w:val="yellow"/>
        </w:rPr>
        <w:t>נמקו</w:t>
      </w:r>
      <w:r>
        <w:rPr>
          <w:rFonts w:ascii="Arial" w:hAnsi="Arial" w:cs="Arial"/>
          <w:b/>
          <w:sz w:val="21"/>
          <w:rtl w:val="1"/>
          <w:szCs w:val="21"/>
          <w:bCs/>
        </w:rPr>
        <w:t xml:space="preserve"> את בחירתכם.</w:t>
      </w:r>
    </w:p>
    <w:p>
      <w:pPr>
        <w:bidi w:val="1"/>
        <w:jc w:val="right"/>
      </w:pPr>
      <w:r>
        <w:rPr>
          <w:rFonts w:ascii="Arial" w:hAnsi="Arial" w:cs="Arial"/>
          <w:b w:val="0"/>
          <w:sz w:val="20"/>
          <w:rtl w:val="1"/>
          <w:szCs w:val="20"/>
        </w:rPr>
        <w:t>מה השאלה מספרת: השאלה מבקשת לבחור נימוק אחד מתוך שלושת הנימוקים ולהסביר למה הוא החזק ביותר בעיניי.</w:t>
      </w:r>
    </w:p>
    <w:p>
      <w:pPr>
        <w:bidi w:val="1"/>
        <w:jc w:val="right"/>
      </w:pPr>
      <w:r>
        <w:rPr>
          <w:rFonts w:ascii="Arial" w:hAnsi="Arial" w:cs="Arial"/>
          <w:b w:val="0"/>
          <w:sz w:val="20"/>
          <w:rtl w:val="1"/>
          <w:szCs w:val="20"/>
        </w:rPr>
        <w:t>מה עליי לעשות: לבחור נימוק, להציג אותו ולנמק את הבחירה</w:t>
      </w:r>
    </w:p>
    <w:p>
      <w:pPr>
        <w:bidi w:val="1"/>
        <w:jc w:val="right"/>
      </w:pPr>
      <w:r>
        <w:rPr>
          <w:rFonts w:ascii="Arial" w:hAnsi="Arial" w:cs="Arial"/>
          <w:b w:val="0"/>
          <w:sz w:val="20"/>
          <w:rtl w:val="1"/>
          <w:szCs w:val="20"/>
        </w:rPr>
        <w:t>התשובה חייבת לכלול: ציון הנימוק שנבחר; הסבר למה הוא משכנע (דוגמה, ניסיון, חשיבות); השוואה קצרה לנימוק אחר (רשות)</w:t>
      </w:r>
    </w:p>
    <w:p>
      <w:pPr>
        <w:bidi w:val="1"/>
        <w:jc w:val="right"/>
      </w:pPr>
      <w:r>
        <w:rPr>
          <w:rFonts w:ascii="Arial" w:hAnsi="Arial" w:cs="Arial"/>
          <w:b w:val="0"/>
          <w:color w:val="2B5F2B"/>
          <w:sz w:val="20"/>
          <w:rtl w:val="1"/>
          <w:szCs w:val="20"/>
        </w:rPr>
        <w:t>תשובה לדוגמה: דוגמה: הנימוק המשכנע ביותר בעיניי הוא החברה. בריאות וריכוז אפשר לשפר גם בשיעורי חינוך גופני, אבל ההפסקה היא הזמן היחיד ביום שבו תלמידים נפגשים בחופשיות, ומשחק פתוח לכולם יכול למנוע ממישהו להרגיש לבד. (יש לקבל כל בחירה מנומקת.)</w:t>
      </w:r>
    </w:p>
    <w:p>
      <w:pPr>
        <w:bidi w:val="1"/>
        <w:jc w:val="right"/>
      </w:pPr>
      <w:r>
        <w:rPr>
          <w:rFonts w:ascii="Arial" w:hAnsi="Arial" w:cs="Arial"/>
          <w:b/>
          <w:color w:val="2B8F86"/>
          <w:sz w:val="21"/>
          <w:rtl w:val="1"/>
          <w:szCs w:val="21"/>
          <w:bCs/>
        </w:rPr>
        <w:t xml:space="preserve">8. [הערכה וביקורת · 10 נק׳] </w:t>
      </w:r>
      <w:r>
        <w:rPr>
          <w:rFonts w:ascii="Arial" w:hAnsi="Arial" w:cs="Arial"/>
          <w:b/>
          <w:sz w:val="21"/>
          <w:rtl w:val="1"/>
          <w:szCs w:val="21"/>
          <w:bCs/>
          <w:highlight w:val="yellow"/>
        </w:rPr>
        <w:t>האם</w:t>
      </w:r>
      <w:r>
        <w:rPr>
          <w:rFonts w:ascii="Arial" w:hAnsi="Arial" w:cs="Arial"/>
          <w:b/>
          <w:sz w:val="21"/>
          <w:rtl w:val="1"/>
          <w:szCs w:val="21"/>
          <w:bCs/>
        </w:rPr>
        <w:t xml:space="preserve"> אתם </w:t>
      </w:r>
      <w:r>
        <w:rPr>
          <w:rFonts w:ascii="Arial" w:hAnsi="Arial" w:cs="Arial"/>
          <w:b/>
          <w:sz w:val="21"/>
          <w:rtl w:val="1"/>
          <w:szCs w:val="21"/>
          <w:bCs/>
          <w:highlight w:val="yellow"/>
        </w:rPr>
        <w:t>מסכימים</w:t>
      </w:r>
      <w:r>
        <w:rPr>
          <w:rFonts w:ascii="Arial" w:hAnsi="Arial" w:cs="Arial"/>
          <w:b/>
          <w:sz w:val="21"/>
          <w:rtl w:val="1"/>
          <w:szCs w:val="21"/>
          <w:bCs/>
        </w:rPr>
        <w:t xml:space="preserve"> עם עמדת הכותב? </w:t>
      </w:r>
      <w:r>
        <w:rPr>
          <w:rFonts w:ascii="Arial" w:hAnsi="Arial" w:cs="Arial"/>
          <w:b/>
          <w:sz w:val="21"/>
          <w:rtl w:val="1"/>
          <w:szCs w:val="21"/>
          <w:bCs/>
          <w:highlight w:val="yellow"/>
        </w:rPr>
        <w:t>הביעו עמדה</w:t>
      </w:r>
      <w:r>
        <w:rPr>
          <w:rFonts w:ascii="Arial" w:hAnsi="Arial" w:cs="Arial"/>
          <w:b/>
          <w:sz w:val="21"/>
          <w:rtl w:val="1"/>
          <w:szCs w:val="21"/>
          <w:bCs/>
        </w:rPr>
        <w:t xml:space="preserve"> משלכם והוסיפו </w:t>
      </w:r>
      <w:r>
        <w:rPr>
          <w:rFonts w:ascii="Arial" w:hAnsi="Arial" w:cs="Arial"/>
          <w:b/>
          <w:sz w:val="21"/>
          <w:rtl w:val="1"/>
          <w:szCs w:val="21"/>
          <w:bCs/>
          <w:highlight w:val="yellow"/>
        </w:rPr>
        <w:t>נימוק אחד</w:t>
      </w:r>
      <w:r>
        <w:rPr>
          <w:rFonts w:ascii="Arial" w:hAnsi="Arial" w:cs="Arial"/>
          <w:b/>
          <w:sz w:val="21"/>
          <w:rtl w:val="1"/>
          <w:szCs w:val="21"/>
          <w:bCs/>
        </w:rPr>
        <w:t xml:space="preserve"> </w:t>
      </w:r>
      <w:r>
        <w:rPr>
          <w:rFonts w:ascii="Arial" w:hAnsi="Arial" w:cs="Arial"/>
          <w:b/>
          <w:sz w:val="21"/>
          <w:rtl w:val="1"/>
          <w:szCs w:val="21"/>
          <w:bCs/>
          <w:highlight w:val="yellow"/>
        </w:rPr>
        <w:t>שאינו מופיע</w:t>
      </w:r>
      <w:r>
        <w:rPr>
          <w:rFonts w:ascii="Arial" w:hAnsi="Arial" w:cs="Arial"/>
          <w:b/>
          <w:sz w:val="21"/>
          <w:rtl w:val="1"/>
          <w:szCs w:val="21"/>
          <w:bCs/>
        </w:rPr>
        <w:t xml:space="preserve"> בטקסט.</w:t>
      </w:r>
    </w:p>
    <w:p>
      <w:pPr>
        <w:bidi w:val="1"/>
        <w:jc w:val="right"/>
      </w:pPr>
      <w:r>
        <w:rPr>
          <w:rFonts w:ascii="Arial" w:hAnsi="Arial" w:cs="Arial"/>
          <w:b w:val="0"/>
          <w:sz w:val="20"/>
          <w:rtl w:val="1"/>
          <w:szCs w:val="20"/>
        </w:rPr>
        <w:t>מה השאלה מספרת: השאלה מבקשת עמדה אישית ונימוק חדש – לא מתוך הטקסט.</w:t>
      </w:r>
    </w:p>
    <w:p>
      <w:pPr>
        <w:bidi w:val="1"/>
        <w:jc w:val="right"/>
      </w:pPr>
      <w:r>
        <w:rPr>
          <w:rFonts w:ascii="Arial" w:hAnsi="Arial" w:cs="Arial"/>
          <w:b w:val="0"/>
          <w:sz w:val="20"/>
          <w:rtl w:val="1"/>
          <w:szCs w:val="20"/>
        </w:rPr>
        <w:t>מה עליי לעשות: לקבוע עמדה ולחשוב על נימוק חדש משלי</w:t>
      </w:r>
    </w:p>
    <w:p>
      <w:pPr>
        <w:bidi w:val="1"/>
        <w:jc w:val="right"/>
      </w:pPr>
      <w:r>
        <w:rPr>
          <w:rFonts w:ascii="Arial" w:hAnsi="Arial" w:cs="Arial"/>
          <w:b w:val="0"/>
          <w:sz w:val="20"/>
          <w:rtl w:val="1"/>
          <w:szCs w:val="20"/>
        </w:rPr>
        <w:t>התשובה חייבת לכלול: עמדה ברורה; נימוק חדש שלא בטקסט; הסבר הנימוק</w:t>
      </w:r>
    </w:p>
    <w:p>
      <w:pPr>
        <w:bidi w:val="1"/>
        <w:jc w:val="right"/>
      </w:pPr>
      <w:r>
        <w:rPr>
          <w:rFonts w:ascii="Arial" w:hAnsi="Arial" w:cs="Arial"/>
          <w:b w:val="0"/>
          <w:color w:val="2B5F2B"/>
          <w:sz w:val="20"/>
          <w:rtl w:val="1"/>
          <w:szCs w:val="20"/>
        </w:rPr>
        <w:t>תשובה לדוגמה: דוגמה: אני מסכימה. נימוק נוסף: משחקים מאורגנים מלמדים לשמור על חוקים ולהפסיד בכבוד, וזה עוזר גם מחוץ למגרש. (עמדה הפוכה אפשרית: אני לא מסכים, כי החצר קטנה ומשחקי ריצה עלולים לגרום לתאונות. יש לקבל כל עמדה מנומקת עם נימוק חדש.)</w:t>
      </w: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ז׳</w:t>
      </w:r>
    </w:p>
    <w:p>
      <w:pPr>
        <w:bidi w:val="1"/>
        <w:jc w:val="center"/>
      </w:pPr>
      <w:r>
        <w:rPr>
          <w:rFonts w:ascii="Arial" w:hAnsi="Arial" w:cs="Arial"/>
          <w:b/>
          <w:color w:val="2B8F86"/>
          <w:sz w:val="32"/>
          <w:rtl w:val="1"/>
          <w:szCs w:val="32"/>
          <w:bCs/>
        </w:rPr>
        <w:t>חוברת לתלמיד/ה · רגיל</w:t>
      </w:r>
    </w:p>
    <w:p>
      <w:pPr>
        <w:bidi w:val="1"/>
        <w:jc w:val="center"/>
      </w:pPr>
      <w:r>
        <w:rPr>
          <w:rFonts w:ascii="Arial" w:hAnsi="Arial" w:cs="Arial"/>
          <w:b w:val="0"/>
          <w:color w:val="5D5675"/>
          <w:sz w:val="24"/>
          <w:rtl w:val="1"/>
          <w:szCs w:val="24"/>
        </w:rPr>
        <w:t>קוראים את השאלה לפני שעונים: חמישה שלבים, שלושה ממדים, חמישה טקסטים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בואו בכל המשפחה: יום ספורט ונתינה!</w:t>
      </w:r>
      <w:r>
        <w:rPr>
          <w:rFonts w:ascii="Arial" w:hAnsi="Arial" w:cs="Arial"/>
          <w:b w:val="0"/>
          <w:color w:val="7A7392"/>
          <w:sz w:val="21"/>
          <w:rtl w:val="1"/>
          <w:szCs w:val="21"/>
        </w:rPr>
        <w:t xml:space="preserve">  –  מודעה</w:t>
      </w:r>
    </w:p>
    <w:p>
      <w:pPr>
        <w:bidi w:val="1"/>
        <w:jc w:val="right"/>
      </w:pPr>
      <w:r>
        <w:rPr>
          <w:rFonts w:ascii="Arial" w:hAnsi="Arial" w:cs="Arial"/>
          <w:b/>
          <w:sz w:val="24"/>
          <w:rtl w:val="1"/>
          <w:szCs w:val="24"/>
          <w:bCs/>
        </w:rPr>
        <w:t>חלק ב׳ – טקסט 2 – מגרש חול שהפך לגינה ירוקה</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לילה טוב למוח: למה בני נוער צריכים לישון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הבלוג של מעיין: שישה שבועות, שלוש קומות וחברה אחת חדשה</w:t>
      </w:r>
      <w:r>
        <w:rPr>
          <w:rFonts w:ascii="Arial" w:hAnsi="Arial" w:cs="Arial"/>
          <w:b w:val="0"/>
          <w:color w:val="7A7392"/>
          <w:sz w:val="21"/>
          <w:rtl w:val="1"/>
          <w:szCs w:val="21"/>
        </w:rPr>
        <w:t xml:space="preserve">  –  בלוג</w:t>
      </w:r>
    </w:p>
    <w:p>
      <w:pPr>
        <w:bidi w:val="1"/>
        <w:jc w:val="right"/>
      </w:pPr>
      <w:r>
        <w:rPr>
          <w:rFonts w:ascii="Arial" w:hAnsi="Arial" w:cs="Arial"/>
          <w:b/>
          <w:sz w:val="24"/>
          <w:rtl w:val="1"/>
          <w:szCs w:val="24"/>
          <w:bCs/>
        </w:rPr>
        <w:t>חלק ג׳ – טקסט 5 – הפסקה בתנועה: כדאי לארגן משחקים פעילים בהפסקה</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״בואו בכל המשפחה: יום ספורט ונתינה!״.</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לדעתכם כתבו במודעה שבכל תחנה "יש דרך להשתתף גם בלי לרוץ"? </w:t>
      </w:r>
      <w:r>
        <w:rPr>
          <w:rFonts w:ascii="Arial" w:hAnsi="Arial" w:cs="Arial"/>
          <w:b/>
          <w:sz w:val="26"/>
          <w:rtl w:val="1"/>
          <w:szCs w:val="26"/>
          <w:bCs/>
          <w:highlight w:val="yellow"/>
        </w:rPr>
        <w:t>הסבירו</w:t>
      </w:r>
      <w:r>
        <w:rPr>
          <w:rFonts w:ascii="Arial" w:hAnsi="Arial" w:cs="Arial"/>
          <w:b/>
          <w:sz w:val="26"/>
          <w:rtl w:val="1"/>
          <w:szCs w:val="26"/>
          <w:bCs/>
        </w:rPr>
        <w:t xml:space="preserve"> </w:t>
      </w:r>
      <w:r>
        <w:rPr>
          <w:rFonts w:ascii="Arial" w:hAnsi="Arial" w:cs="Arial"/>
          <w:b/>
          <w:sz w:val="26"/>
          <w:rtl w:val="1"/>
          <w:szCs w:val="26"/>
          <w:bCs/>
          <w:highlight w:val="yellow"/>
        </w:rPr>
        <w:t>מה אפשר להסיק</w:t>
      </w:r>
      <w:r>
        <w:rPr>
          <w:rFonts w:ascii="Arial" w:hAnsi="Arial" w:cs="Arial"/>
          <w:b/>
          <w:sz w:val="26"/>
          <w:rtl w:val="1"/>
          <w:szCs w:val="26"/>
          <w:bCs/>
        </w:rPr>
        <w:t xml:space="preserve"> מכך על </w:t>
      </w:r>
      <w:r>
        <w:rPr>
          <w:rFonts w:ascii="Arial" w:hAnsi="Arial" w:cs="Arial"/>
          <w:b/>
          <w:sz w:val="26"/>
          <w:rtl w:val="1"/>
          <w:szCs w:val="26"/>
          <w:bCs/>
          <w:highlight w:val="yellow"/>
        </w:rPr>
        <w:t>מארגני האירוע</w:t>
      </w:r>
      <w:r>
        <w:rPr>
          <w:rFonts w:ascii="Arial" w:hAnsi="Arial" w:cs="Arial"/>
          <w:b/>
          <w:sz w:val="26"/>
          <w:rtl w:val="1"/>
          <w:szCs w:val="26"/>
          <w:bCs/>
        </w:rPr>
        <w:t>.</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משפט מתיבה 3 ומבקשת להבין את הסיבה לכתיבתו ולהסיק מסקנה על המארגנים.</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הסבירו · מה אפשר להסיק · מארגני האירוע</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להבין למי המשפט מיועד ולכתוב מה הוא מלמד על המארגנים  |  ממד: פרשנות והיסק  |  התשובה חייבת לכלול: הסבר למי המשפט מיועד (מי שלא יכול או לא אוהב לרוץ); מסקנה על המארגנים (רוצים שכולם ירגישו רצויים); קישור למשפט על ההנגשה בתיבה 3</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המארגנים כתבו זאת כדי שגם מי שמתנייע בכיסא גלגלים, סבא או סבתא מבוגרים או מי שלא אוהב לרוץ יידעו שיש להם מקום באירוע. אפשר להסיק שהמארגנים רוצים אירוע שכולם יכולים להשתתף בו ושחשוב להם שאף משפחה לא תרגיש מחוץ למשחק – גם המגרש מונגש לכיסאות גלגלים.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מה גורם לכם לעצור ולקרוא מודעה שנתלתה על לוח המודעות? ומה גורם לכם לדלג עליה?</w:t>
      </w:r>
    </w:p>
    <w:p>
      <w:pPr>
        <w:bidi w:val="1"/>
        <w:jc w:val="right"/>
      </w:pPr>
      <w:r>
        <w:rPr>
          <w:rFonts w:ascii="Arial" w:hAnsi="Arial" w:cs="Arial"/>
          <w:b/>
          <w:color w:val="2B8F86"/>
          <w:sz w:val="21"/>
          <w:rtl w:val="1"/>
          <w:szCs w:val="21"/>
          <w:bCs/>
        </w:rPr>
        <w:t>טקסט 1 · מודעה</w:t>
      </w:r>
    </w:p>
    <w:p>
      <w:pPr>
        <w:pStyle w:val="Heading2"/>
        <w:bidi w:val="1"/>
        <w:jc w:val="right"/>
      </w:pPr>
      <w:r>
        <w:rPr>
          <w:rFonts w:ascii="Arial" w:hAnsi="Arial" w:cs="Arial"/>
          <w:b/>
          <w:color w:val="2B8F86"/>
          <w:sz w:val="30"/>
          <w:rtl w:val="1"/>
          <w:szCs w:val="30"/>
          <w:bCs/>
        </w:rPr>
        <w:t>בואו בכל המשפחה: יום ספורט ונתינה!</w:t>
      </w:r>
    </w:p>
    <w:p>
      <w:pPr>
        <w:bidi w:val="1"/>
        <w:jc w:val="right"/>
      </w:pPr>
      <w:r>
        <w:rPr>
          <w:rFonts w:ascii="Arial" w:hAnsi="Arial" w:cs="Arial"/>
          <w:b/>
          <w:color w:val="5D5675"/>
          <w:sz w:val="24"/>
          <w:rtl w:val="1"/>
          <w:szCs w:val="24"/>
          <w:bCs/>
        </w:rPr>
        <w:t>מועצת התלמידים מזמינה את כל משפחות השכבה לבוקר של תנועה, משחק ועזרה לקהילה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ראשית וסמל: בראש המודעה מופיע ציור של כדור צבעוני ולצדו לב אדום, ומתחתיו כתוב באותיות גדולות: "בואו בכל המשפחה: יום ספורט ונתינה!" מתחת לכותרת מופיעה שורה קטנה יותר: "יום שישי, 14 בחודש, בשעות 9:00–13:00, במגרש הספורט של בית הספר. הכניסה חופשית."</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 מה מחכה לכם? בבוקר נתחיל במרוץ שליחים משפחתי: כל קבוצה תורכב מתלמיד או תלמידה ומבן משפחה אחד לפחות – הורה, סבא, סבתא, אח או אחות. אחר כך יתקיימו תחנות משחק: קליעה לסל, קפיצה בחבל, כדורעף רך ומסלול מכשולים. בכל תחנה מחכים מדריכים מכיתות ט׳ שיסבירו את החוקים. בסוף כל סבב כל קבוצה תקבל חותמת על כרטיס המשתתף, ומי שיאסוף חמש חותמות יזכה במדבקה "אלופי התנועה".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 פינת הנתינה: בזמן שחלק מהמשפחות משחקות, אחרות יעבדו בפינת הנתינה. שם נכין יחד ערכות משחק לילדים בגן השכונתי, נצבע עציצים לבית האבות הסמוך ונכתוב גלויות ברכה לשכנים ותיקים. כל משפחה מתבקשת להביא משחק קופסה שלם או ספר ילדים במצב טוב לתרומה.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 חשוב לדעת: יש להגיע בבגדי ספורט ובנעליים נוחות, עם כובע ובקבוק מים. המגרש מונגש לכיסאות גלגלים, ובכל תחנה יש דרך להשתתף גם בלי לרוץ. בסוף הבוקר תוגש ארוחת בוקר קלה שהכינו תלמידי כיתות ח׳. במקרה של גשם האירוע יעבור לאולם הספורט. מומלץ להגיע עשר דקות לפני תחילת האירוע.</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שורה תחתונה: ההרשמה עד יום שלישי אצל המחנכים והמחנכות או בטופס שבאתר הכיתה. שאלות? פנו לנציגי מועצת התלמידים, נועם ואמירה. בתחתית המודעה כתוב באותיות מודגשות: "כשמזיזים את הגוף – גם הלב זז!"</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נתינה – עזרה לאחרים, לתת משהו בלי לקבל תמורה · מונגש – מותאם כך שכל אחד יוכל להגיע ולהשתתף, גם אנשים עם מוגבלות · ערכות – קבוצות של חפצים שנאספו יחד לשימוש מסוים · תרומה – דבר שנותנים במתנה כדי לעזור · מסלול מכשולים – דרך שיש בה דברים שצריך לעבור מעליהם, מתחתיהם או ביניהם</w:t>
      </w:r>
    </w:p>
    <w:p>
      <w:pPr>
        <w:pStyle w:val="Heading3"/>
        <w:bidi w:val="1"/>
        <w:jc w:val="right"/>
      </w:pPr>
      <w:r>
        <w:rPr>
          <w:rFonts w:ascii="Arial" w:hAnsi="Arial" w:cs="Arial"/>
          <w:b/>
          <w:color w:val="6B4FC4"/>
          <w:sz w:val="26"/>
          <w:rtl w:val="1"/>
          <w:szCs w:val="26"/>
          <w:bCs/>
        </w:rPr>
        <w:t>שאלות על הטקסט ״בואו בכל המשפחה: יום ספורט ונתינה!״</w:t>
      </w:r>
    </w:p>
    <w:p>
      <w:pPr>
        <w:bidi w:val="1"/>
        <w:jc w:val="right"/>
      </w:pPr>
      <w:r>
        <w:rPr>
          <w:rFonts w:ascii="Arial" w:hAnsi="Arial" w:cs="Arial"/>
          <w:b/>
          <w:color w:val="6B4FC4"/>
          <w:sz w:val="24"/>
          <w:rtl w:val="1"/>
          <w:szCs w:val="24"/>
          <w:bCs/>
        </w:rPr>
        <w:t xml:space="preserve">שאלה 1 (10 נק׳)  </w:t>
      </w:r>
      <w:r>
        <w:rPr>
          <w:rFonts w:ascii="Arial" w:hAnsi="Arial" w:cs="Arial"/>
          <w:b/>
          <w:sz w:val="24"/>
          <w:rtl w:val="1"/>
          <w:szCs w:val="24"/>
          <w:bCs/>
        </w:rPr>
        <w:t>מתי ואיפה יתקיים יום הספורט והנתינה? ציינו יום, שעות ומקום.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מי יכול להשתתף במרוץ השליחים המשפחתי? על פי תיבה 1, ציינו שני בני משפחה שיכולים להצטרף לקבוצה.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מה מתבקשת כל משפחה להביא לפינת הנתינה?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(15 נק׳)  </w:t>
      </w:r>
      <w:r>
        <w:rPr>
          <w:rFonts w:ascii="Arial" w:hAnsi="Arial" w:cs="Arial"/>
          <w:b/>
          <w:sz w:val="24"/>
          <w:rtl w:val="1"/>
          <w:szCs w:val="24"/>
          <w:bCs/>
        </w:rPr>
        <w:t>מדוע לדעתכם כתבו במודעה שבכל תחנה "יש דרך להשתתף גם בלי לרוץ"? הסבירו מה אפשר להסיק מכך על מארגני האירוע.</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(15 נק׳)  </w:t>
      </w:r>
      <w:r>
        <w:rPr>
          <w:rFonts w:ascii="Arial" w:hAnsi="Arial" w:cs="Arial"/>
          <w:b/>
          <w:sz w:val="24"/>
          <w:rtl w:val="1"/>
          <w:szCs w:val="24"/>
          <w:bCs/>
        </w:rPr>
        <w:t>מה הקשר בין הכותרת "יום ספורט ונתינה" לבין שני חלקי האירוע המתוארים בתיבות 1 ו־2? הסבירו.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(15 נק׳)  </w:t>
      </w:r>
      <w:r>
        <w:rPr>
          <w:rFonts w:ascii="Arial" w:hAnsi="Arial" w:cs="Arial"/>
          <w:b/>
          <w:sz w:val="24"/>
          <w:rtl w:val="1"/>
          <w:szCs w:val="24"/>
          <w:bCs/>
        </w:rPr>
        <w:t>למי מיועדת המודעה? הביאו שתי ראיות מן המודעה לתשובתכם.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(10 נק׳)  </w:t>
      </w:r>
      <w:r>
        <w:rPr>
          <w:rFonts w:ascii="Arial" w:hAnsi="Arial" w:cs="Arial"/>
          <w:b/>
          <w:sz w:val="24"/>
          <w:rtl w:val="1"/>
          <w:szCs w:val="24"/>
          <w:bCs/>
        </w:rPr>
        <w:t>מה תפקיד המשפט המודגש בתחתית המודעה: "כשמזיזים את הגוף – גם הלב זז!"? האם לדעתכם הוא מתאים לסיום המודעה? נמקו.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(15 נק׳)  </w:t>
      </w:r>
      <w:r>
        <w:rPr>
          <w:rFonts w:ascii="Arial" w:hAnsi="Arial" w:cs="Arial"/>
          <w:b/>
          <w:sz w:val="24"/>
          <w:rtl w:val="1"/>
          <w:szCs w:val="24"/>
          <w:bCs/>
        </w:rPr>
        <w:t>האם המודעה משכנעת אתכם להגיע לאירוע? הביעו דעה ונמקו בעזרת שני פרטים מן המודעה.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יש בבית הספר שלכם פינה שאף אחד לא משתמש בה? מה הייתם עושים בה אילו הייתה לכם האפשרות?</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מגרש חול שהפך לגינה ירוקה</w:t>
      </w:r>
    </w:p>
    <w:p>
      <w:pPr>
        <w:bidi w:val="1"/>
        <w:jc w:val="right"/>
      </w:pPr>
      <w:r>
        <w:rPr>
          <w:rFonts w:ascii="Arial" w:hAnsi="Arial" w:cs="Arial"/>
          <w:b/>
          <w:color w:val="5D5675"/>
          <w:sz w:val="24"/>
          <w:rtl w:val="1"/>
          <w:szCs w:val="24"/>
          <w:bCs/>
        </w:rPr>
        <w:t>תלמידי כיתה ז׳3 הפכו פינה עזובה בחצר לגינת ירקות ותבלינים – ולמדו בדרך הרבה יותר ממדעים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עד לפני כמה חודשים הייתה הפינה שמאחורי אולם הספורט מקום שאיש לא רצה להתקרב אליו: חול יבש, קוצים ושקיות שהרוח הביאה. היום מחכות שם שש ערוגות מעץ, ובהן עגבניות שרי, חסה, נענע, בזיליקום ופטרוזיליה. את השינוי עשו תלמידי כיתה ז׳3, יחד עם המחנכת שלהם, המורה למדעים, וכמה הורים מתנדבים.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"הכול התחיל משאלה בשיעור מדעים," מספרת ליה, אחת מתלמידות הכיתה. "למדנו על צמחים, ומישהו שאל למה אנחנו רק קוראים עליהם בספר ולא מגדלים אותם באמת." המורה הציעה לכיתה להכין תוכנית, והתלמידים חולקו לצוותים: צוות תכנון שמדד את השטח, צוות השקיה שבדק כמה מים צריך כל צמח, וצוות תיעוד שצילם וכתב יומן גינה.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העבודה לא הייתה קלה. בשבועות הראשונים פינו התלמידים יותר משלושים שקי פסולת, וכמה מהשתילים הראשונים נבלו בגלל החום. "בהתחלה התאכזבנו מאוד," מודה יונתן, "אבל אז הבנו שצריך להשקות מוקדם בבוקר ולא בצהריים, ולשים שכבת עלים יבשים מעל האדמה כדי לשמור על הלחות." מאז רוב השתילים צומחים יפה.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הגינה הפכה למקום שבו לומדים כמעט כל מקצוע. בשיעורי מתמטיקה מחשבים שטחים של ערוגות, בשיעורי לשון כותבים יומן גינה, ובשיעורי מדעים בודקים איך האור משפיע על הצמיחה. "אפילו תלמידים שלא אוהבים לשבת בכיתה מגיעים לגינה בהפסקה," מספרת המחנכת, "ושם הם מגלים כמה הם אחראים."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בחודש שעבר קטפו התלמידים את היבול הראשון. את העלים הירוקים הם הכינו לסלט משותף, ואת הנענע ייבשו ותלו בשקיות קטנות שנמכרו ביריד בית הספר. הכסף שנאסף ישמש לקניית מערכת השקיה בטפטוף. עכשיו חולמים בכיתה על ערוגה נוספת – ערוגה של צמחי ריח, שתוכל לשמח גם את ילדי הגן הסמוך שיבואו לביקור.</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ערוגה – חלקת אדמה קטנה בגינה שבה שותלים צמחים · נבלו – התייבשו ונחלשו, איבדו את הירוק והחיים · לחות – מעט מים שנשארים באדמה או באוויר · יבול – כל מה שקוטפים או אוספים מהצמחים · תיעוד – כתיבה וצילום של מה שקורה, כדי לזכור ולשתף · השקיה בטפטוף – צינורות שמוציאים מים טיפה אחר טיפה ליד כל צמח</w:t>
      </w:r>
    </w:p>
    <w:p>
      <w:pPr>
        <w:pStyle w:val="Heading3"/>
        <w:bidi w:val="1"/>
        <w:jc w:val="right"/>
      </w:pPr>
      <w:r>
        <w:rPr>
          <w:rFonts w:ascii="Arial" w:hAnsi="Arial" w:cs="Arial"/>
          <w:b/>
          <w:color w:val="6B4FC4"/>
          <w:sz w:val="26"/>
          <w:rtl w:val="1"/>
          <w:szCs w:val="26"/>
          <w:bCs/>
        </w:rPr>
        <w:t>שאלות על הטקסט ״מגרש חול שהפך לגינה ירוקה״</w:t>
      </w:r>
    </w:p>
    <w:p>
      <w:pPr>
        <w:bidi w:val="1"/>
        <w:jc w:val="right"/>
      </w:pPr>
      <w:r>
        <w:rPr>
          <w:rFonts w:ascii="Arial" w:hAnsi="Arial" w:cs="Arial"/>
          <w:b/>
          <w:color w:val="6B4FC4"/>
          <w:sz w:val="24"/>
          <w:rtl w:val="1"/>
          <w:szCs w:val="24"/>
          <w:bCs/>
        </w:rPr>
        <w:t xml:space="preserve">שאלה 1 (10 נק׳)  </w:t>
      </w:r>
      <w:r>
        <w:rPr>
          <w:rFonts w:ascii="Arial" w:hAnsi="Arial" w:cs="Arial"/>
          <w:b/>
          <w:sz w:val="24"/>
          <w:rtl w:val="1"/>
          <w:szCs w:val="24"/>
          <w:bCs/>
        </w:rPr>
        <w:t>ציינו שלושה צמחים שגדלים היום בגינה.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על פי פסקה 2, איזה צוותים הקימו התלמידים? ציינו שני צוותים ומה היה תפקידו של כל אחד מהם.</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מה עשו התלמידים כדי שהשתילים יפסיקו לנבול? ציינו שני פתרונות.</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(15 נק׳)  </w:t>
      </w:r>
      <w:r>
        <w:rPr>
          <w:rFonts w:ascii="Arial" w:hAnsi="Arial" w:cs="Arial"/>
          <w:b/>
          <w:sz w:val="24"/>
          <w:rtl w:val="1"/>
          <w:szCs w:val="24"/>
          <w:bCs/>
        </w:rPr>
        <w:t>מה ניתן להסיק מדברי יונתן בפסקה 3 על הדרך שבה התמודדו התלמידים עם הקושי? הסבירו.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(15 נק׳)  </w:t>
      </w:r>
      <w:r>
        <w:rPr>
          <w:rFonts w:ascii="Arial" w:hAnsi="Arial" w:cs="Arial"/>
          <w:b/>
          <w:sz w:val="24"/>
          <w:rtl w:val="1"/>
          <w:szCs w:val="24"/>
          <w:bCs/>
        </w:rPr>
        <w:t>מה הכוונה במשפט של המחנכת: "ושם הם מגלים כמה הם אחראים"? הסבירו את המשפט בהקשר של 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מדוע לדעתכם בחר הכותב לפתוח את הכתבה בתיאור של "חול יבש, קוצים ושקיות"? הסבירו מה התיאור מוסיף לכתבה.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(15 נק׳)  </w:t>
      </w:r>
      <w:r>
        <w:rPr>
          <w:rFonts w:ascii="Arial" w:hAnsi="Arial" w:cs="Arial"/>
          <w:b/>
          <w:sz w:val="24"/>
          <w:rtl w:val="1"/>
          <w:szCs w:val="24"/>
          <w:bCs/>
        </w:rPr>
        <w:t>האם לדעתכם כדאי שבכל בית ספר תהיה גינה שהתלמידים מטפלים בה? הביעו דעה ונמקו בשני נימוקים, אחד מהם לפחות מן הכתבה.</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(15 נק׳)  </w:t>
      </w:r>
      <w:r>
        <w:rPr>
          <w:rFonts w:ascii="Arial" w:hAnsi="Arial" w:cs="Arial"/>
          <w:b/>
          <w:sz w:val="24"/>
          <w:rtl w:val="1"/>
          <w:szCs w:val="24"/>
          <w:bCs/>
        </w:rPr>
        <w:t>הציעו כותרת אחרת לכתבה, והסבירו מדוע לדעתכם היא מתאימה. האם היא טובה יותר מהכותרת המקורית? נמקו.</w:t>
      </w:r>
    </w:p>
    <w:p>
      <w:pPr>
        <w:bidi w:val="1"/>
        <w:jc w:val="right"/>
      </w:pPr>
      <w:r>
        <w:rPr>
          <w:rFonts w:ascii="Arial" w:hAnsi="Arial" w:cs="Arial"/>
          <w:b w:val="0"/>
          <w:sz w:val="22"/>
          <w:rtl w:val="1"/>
          <w:szCs w:val="22"/>
        </w:rPr>
        <w:t>② מה השאלה מספרת לי? ______________________________________________</w:t>
      </w:r>
    </w:p>
    <w:p>
      <w:pPr>
        <w:bidi w:val="1"/>
        <w:jc w:val="right"/>
      </w:pPr>
      <w:r>
        <w:rPr>
          <w:rFonts w:ascii="Arial" w:hAnsi="Arial" w:cs="Arial"/>
          <w:b w:val="0"/>
          <w:sz w:val="22"/>
          <w:rtl w:val="1"/>
          <w:szCs w:val="22"/>
        </w:rPr>
        <w:t>③ סמנו בשאלה את מילת השאלה ואת המילים שמגדירות את המשימה.  ☐ סימנתי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שעות ישנתם בלילה האחרון? איך הרגשתם בבוקר?</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לילה טוב למוח: למה בני נוער צריכים לישון</w:t>
      </w:r>
    </w:p>
    <w:p>
      <w:pPr>
        <w:bidi w:val="1"/>
        <w:jc w:val="right"/>
      </w:pPr>
      <w:r>
        <w:rPr>
          <w:rFonts w:ascii="Arial" w:hAnsi="Arial" w:cs="Arial"/>
          <w:b/>
          <w:color w:val="5D5675"/>
          <w:sz w:val="24"/>
          <w:rtl w:val="1"/>
          <w:szCs w:val="24"/>
          <w:bCs/>
        </w:rPr>
        <w:t>השינה איננה "זמן מבוזבז" – בזמן שאנחנו ישנים, הגוף והמוח עובדים קשה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רבים חושבים שבזמן השינה הגוף פשוט "נכבה", כמו מכשיר שמכניסים למגירה. האמת שונה לגמרי. בזמן שאנחנו ישנים, הגוף והמוח עסוקים בעבודה חשובה: הם מתקנים, מסדרים ואוגרים כוח ליום הבא. לכן השינה חשובה לנו כמו אוכל טוב ומים.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אחת המשימות החשובות של המוח בלילה היא סידור הזיכרונות. במשך היום אנחנו פוגשים המון מידע חדש: מילים בשיעור אנגלית, תרגילים במתמטיקה, שמות של חברים חדשים. בזמן השינה המוח בוחר מה לשמור ומחזק את הקשרים בין הדברים שלמדנו. זו הסיבה שאחרי לילה טוב קל יותר לזכור את מה שלמדנו אתמול.</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גם הגוף מרוויח מהשינה. בשלבי השינה העמוקה הגוף משחרר חומרים שעוזרים לו לגדול ולתקן רקמות, והשרירים מתאוששים ממאמץ. נוסף על כך, שינה מספקת עוזרת למערכת החיסון להילחם במחלות. מי שישן מעט לאורך זמן נוטה להתעייף מהר, להתרכז פחות ולהיות עצבני יותר.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בגיל ההתבגרות קורה דבר מעניין: "השעון הפנימי" של הגוף זז מאוחר יותר. ההורמון שגורם לנו להרגיש עייפים מתחיל להשתחרר אצל בני נוער מאוחר יותר מאשר אצל ילדים ומבוגרים. לכן נערים ונערות רבים מרגישים ערניים דווקא בשעות הלילה, ומתקשים לקום מוקדם בבוקר. זו לא עצלות – זו ביולוגיה.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מה אפשר לעשות? מומחים לשינה ממליצים לבני נוער לישון בערך שמונה עד עשר שעות בלילה. כדאי ללכת לישון ולקום בשעות קבועות, גם בסוף השבוע, ולהרחיק מסכים כשעה לפני השינה, כי האור שלהם "מבלבל" את השעון הפנימי. חדר חשוך ושקט ופחות משקאות ממותקים בערב יעזרו גם הם. מי שמשקיע בשינה – משקיע בעצמו.</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אוגרים – אוספים ושומרים לשימוש אחר כך · רקמות – חלקים בגוף שבנויים מתאים, כמו עור ושרירים · מתאוששים – חוזרים לכוחות אחרי מאמץ או מחלה · מערכת החיסון – החלק בגוף ששומר עלינו מפני מחלות · הורמון – חומר שהגוף מייצר ושולח הוראות לחלקים שונים בגוף · ערניים – מרגישים ערים ומרוכזים, לא עייפים</w:t>
      </w:r>
    </w:p>
    <w:p>
      <w:pPr>
        <w:pStyle w:val="Heading3"/>
        <w:bidi w:val="1"/>
        <w:jc w:val="right"/>
      </w:pPr>
      <w:r>
        <w:rPr>
          <w:rFonts w:ascii="Arial" w:hAnsi="Arial" w:cs="Arial"/>
          <w:b/>
          <w:color w:val="6B4FC4"/>
          <w:sz w:val="26"/>
          <w:rtl w:val="1"/>
          <w:szCs w:val="26"/>
          <w:bCs/>
        </w:rPr>
        <w:t>שאלות על הטקסט ״לילה טוב למוח: למה בני נוער צריכים לישון״</w:t>
      </w:r>
    </w:p>
    <w:p>
      <w:pPr>
        <w:bidi w:val="1"/>
        <w:jc w:val="right"/>
      </w:pPr>
      <w:r>
        <w:rPr>
          <w:rFonts w:ascii="Arial" w:hAnsi="Arial" w:cs="Arial"/>
          <w:b/>
          <w:color w:val="6B4FC4"/>
          <w:sz w:val="24"/>
          <w:rtl w:val="1"/>
          <w:szCs w:val="24"/>
          <w:bCs/>
        </w:rPr>
        <w:t xml:space="preserve">שאלה 1 (10 נק׳)  </w:t>
      </w:r>
      <w:r>
        <w:rPr>
          <w:rFonts w:ascii="Arial" w:hAnsi="Arial" w:cs="Arial"/>
          <w:b/>
          <w:sz w:val="24"/>
          <w:rtl w:val="1"/>
          <w:szCs w:val="24"/>
          <w:bCs/>
        </w:rPr>
        <w:t>על פי פסקה 2, מה עושה המוח בזמן השינה? ציינו שני דברים.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כמה שעות שינה בלילה מומלצות לבני נוער, על פי המאמר?</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ציינו שלוש המלצות מן המאמר לשינה טובה יותר.</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(15 נק׳)  </w:t>
      </w:r>
      <w:r>
        <w:rPr>
          <w:rFonts w:ascii="Arial" w:hAnsi="Arial" w:cs="Arial"/>
          <w:b/>
          <w:sz w:val="24"/>
          <w:rtl w:val="1"/>
          <w:szCs w:val="24"/>
          <w:bCs/>
        </w:rPr>
        <w:t>הסבירו את המשפט "זו לא עצלות – זו ביולוגיה" (פסקה 4). מה הכותב רוצה שנבין?</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(15 נק׳)  </w:t>
      </w:r>
      <w:r>
        <w:rPr>
          <w:rFonts w:ascii="Arial" w:hAnsi="Arial" w:cs="Arial"/>
          <w:b/>
          <w:sz w:val="24"/>
          <w:rtl w:val="1"/>
          <w:szCs w:val="24"/>
          <w:bCs/>
        </w:rPr>
        <w:t>מה ניתן להסיק מפסקאות 2 ו־3 על תלמיד שישן רק חמש שעות בלילה שלפני מבחן? הסבירו בעזרת שני פרטים מן המאמר.</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מטרת הדימוי בפסקה 1, שבו הגוף בזמן השינה מושווה ל"מכשיר שמכניסים למגירה"?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(15 נק׳)  </w:t>
      </w:r>
      <w:r>
        <w:rPr>
          <w:rFonts w:ascii="Arial" w:hAnsi="Arial" w:cs="Arial"/>
          <w:b/>
          <w:sz w:val="24"/>
          <w:rtl w:val="1"/>
          <w:szCs w:val="24"/>
          <w:bCs/>
        </w:rPr>
        <w:t>האם לדעתכם קל לבני נוער לבצע את ההמלצות בפסקה 5? בחרו המלצה אחת, הביעו דעה ונמקו.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(15 נק׳)  </w:t>
      </w:r>
      <w:r>
        <w:rPr>
          <w:rFonts w:ascii="Arial" w:hAnsi="Arial" w:cs="Arial"/>
          <w:b/>
          <w:sz w:val="24"/>
          <w:rtl w:val="1"/>
          <w:szCs w:val="24"/>
          <w:bCs/>
        </w:rPr>
        <w:t>האם המאמר מצליח לשכנע את הקוראים שהשינה חשובה? נמקו בעזרת שתי דרכים שבהן הכותב משתמש כדי לשכנע.</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איך הרגשתם ביום הראשון שלכם בחטיבה? מה הדבר שהכי הפחיד אתכם – ומה הפתיע אתכם לטובה?</w:t>
      </w:r>
    </w:p>
    <w:p>
      <w:pPr>
        <w:bidi w:val="1"/>
        <w:jc w:val="right"/>
      </w:pPr>
      <w:r>
        <w:rPr>
          <w:rFonts w:ascii="Arial" w:hAnsi="Arial" w:cs="Arial"/>
          <w:b/>
          <w:color w:val="2B8F86"/>
          <w:sz w:val="21"/>
          <w:rtl w:val="1"/>
          <w:szCs w:val="21"/>
          <w:bCs/>
        </w:rPr>
        <w:t>טקסט 4 · בלוג</w:t>
      </w:r>
    </w:p>
    <w:p>
      <w:pPr>
        <w:pStyle w:val="Heading2"/>
        <w:bidi w:val="1"/>
        <w:jc w:val="right"/>
      </w:pPr>
      <w:r>
        <w:rPr>
          <w:rFonts w:ascii="Arial" w:hAnsi="Arial" w:cs="Arial"/>
          <w:b/>
          <w:color w:val="2B8F86"/>
          <w:sz w:val="30"/>
          <w:rtl w:val="1"/>
          <w:szCs w:val="30"/>
          <w:bCs/>
        </w:rPr>
        <w:t>הבלוג של מעיין: שישה שבועות, שלוש קומות וחברה אחת חדשה</w:t>
      </w:r>
    </w:p>
    <w:p>
      <w:pPr>
        <w:bidi w:val="1"/>
        <w:jc w:val="right"/>
      </w:pPr>
      <w:r>
        <w:rPr>
          <w:rFonts w:ascii="Arial" w:hAnsi="Arial" w:cs="Arial"/>
          <w:b/>
          <w:color w:val="5D5675"/>
          <w:sz w:val="24"/>
          <w:rtl w:val="1"/>
          <w:szCs w:val="24"/>
          <w:bCs/>
        </w:rPr>
        <w:t>פוסט חדש על המעבר לחטיבה, על הלחץ של היום הראשון ועל הפתעה אחת בספרייה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היי לכולם! עברו בדיוק שישה שבועות מאז שהתחלתי את כיתה ז׳, והבטחתי לעצמי לכתוב על זה כשאהיה מוכנה. אז הנה זה. אם גם אתם עכשיו בתחילת חטיבה, או שאתם עומדים לעלות אליה בשנה הבאה – הפוסט הזה בשבילכם.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ביום הראשון הלב שלי דפק כמו תוף. הבניין נראה לי ענק: שלוש קומות, עשרות כיתות ומסדרונות שכולם נראו אותו דבר. בהפסקה הראשונה ניסיתי למצוא את חדר המדעים והגעתי בטעות לחדר המורים. מורה אחת חייכה אליי ואמרה: "אל דאגה, עד חנוכה תכירי פה כל פינה." האמת? היא צדקה כבר אחרי שבועיים.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מה שהיה הכי קשה לא היה הבניין, אלא החברים. רוב החברות שלי מהיסודי הלכו לכיתות אחרות, ובהפסקות הרגשתי קצת שקופה. כולם כבר עמדו בקבוצות, ואני לא ידעתי לאן להצטרף. בערב סיפרתי לאבא, והוא הציע לי לנסות משהו פשוט: לשאול שאלה אחת. לא לנאום, לא להרשים – רק לשאול.</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למחרת, בספרייה, ראיתי ילדה מהכיתה שלי קוראת ספר שאני ממש אוהבת. אספתי אומץ ושאלתי: "הגעת כבר לפרק עם המפה?" היא הרימה את הראש, והעיניים שלה נדלקו. דיברנו עד שהצלצול קטע אותנו. קוראים לה עדי, היא עלתה עם המשפחה שלה לפני שלוש שנים, והיא מכירה יותר ספרי הרפתקאות מכל מי שאני מכירה.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מאז אנחנו יושבות יחד בהפסקות, ולאט לאט הצטרפו אלינו עוד שני תלמידים: יוסף, שמספר בדיחות גרועות להפליא, ונוי, שיודעת לצייר כל דמות מהספרים שלנו. אנחנו אפילו מתכננים להקים מועדון קריאה קטן בספרייה.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אז מה למדתי בשישה שבועות? שהמעבר מפחיד, אבל לא לנצח. שלא צריך לחכות שמישהו אחר יעשה את הצעד הראשון. ושלפעמים שאלה אחת קטנה פותחת דלת גדולה. כתבו לי בתגובות: מה עזר לכם בהתחלה?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שקופה – כאן: מרגישה שאף אחד לא רואה אותה או שם לב אליה · להרשים – לגרום לאחרים לחשוב שאתה מיוחד או טוב מאוד · אספתי אומץ – התגברתי על הפחד והחלטתי לעשות משהו · קטע – הפסיק באמצע · להפליא – מאוד, באופן מפתיע · פוסט – רשומה, טקסט אחד שמפרסמים בבלוג</w:t>
      </w:r>
    </w:p>
    <w:p>
      <w:pPr>
        <w:pStyle w:val="Heading3"/>
        <w:bidi w:val="1"/>
        <w:jc w:val="right"/>
      </w:pPr>
      <w:r>
        <w:rPr>
          <w:rFonts w:ascii="Arial" w:hAnsi="Arial" w:cs="Arial"/>
          <w:b/>
          <w:color w:val="6B4FC4"/>
          <w:sz w:val="26"/>
          <w:rtl w:val="1"/>
          <w:szCs w:val="26"/>
          <w:bCs/>
        </w:rPr>
        <w:t>שאלות על הטקסט ״הבלוג של מעיין: שישה שבועות, שלוש קומות וחברה אחת חדשה״</w:t>
      </w:r>
    </w:p>
    <w:p>
      <w:pPr>
        <w:bidi w:val="1"/>
        <w:jc w:val="right"/>
      </w:pPr>
      <w:r>
        <w:rPr>
          <w:rFonts w:ascii="Arial" w:hAnsi="Arial" w:cs="Arial"/>
          <w:b/>
          <w:color w:val="6B4FC4"/>
          <w:sz w:val="24"/>
          <w:rtl w:val="1"/>
          <w:szCs w:val="24"/>
          <w:bCs/>
        </w:rPr>
        <w:t xml:space="preserve">שאלה 1 (10 נק׳)  </w:t>
      </w:r>
      <w:r>
        <w:rPr>
          <w:rFonts w:ascii="Arial" w:hAnsi="Arial" w:cs="Arial"/>
          <w:b/>
          <w:sz w:val="24"/>
          <w:rtl w:val="1"/>
          <w:szCs w:val="24"/>
          <w:bCs/>
        </w:rPr>
        <w:t>כמה זמן עבר מאז שמעיין התחילה את כיתה ז׳, ולמי מיועד הפוסט לפי פסקה 1?</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(10 נק׳)  </w:t>
      </w:r>
      <w:r>
        <w:rPr>
          <w:rFonts w:ascii="Arial" w:hAnsi="Arial" w:cs="Arial"/>
          <w:b/>
          <w:sz w:val="24"/>
          <w:rtl w:val="1"/>
          <w:szCs w:val="24"/>
          <w:bCs/>
        </w:rPr>
        <w:t>מה קרה למעיין בהפסקה הראשונה, ומה אמרה לה המורה?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ציינו שני פרטים שמעיין מספרת על עדי.</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(15 נק׳)  </w:t>
      </w:r>
      <w:r>
        <w:rPr>
          <w:rFonts w:ascii="Arial" w:hAnsi="Arial" w:cs="Arial"/>
          <w:b/>
          <w:sz w:val="24"/>
          <w:rtl w:val="1"/>
          <w:szCs w:val="24"/>
          <w:bCs/>
        </w:rPr>
        <w:t>מה פירוש הביטוי "הרגשתי קצת שקופה" בפסקה 3? הסבירו מה הוא מלמד על הרגשתה של מעיין.</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(15 נק׳)  </w:t>
      </w:r>
      <w:r>
        <w:rPr>
          <w:rFonts w:ascii="Arial" w:hAnsi="Arial" w:cs="Arial"/>
          <w:b/>
          <w:sz w:val="24"/>
          <w:rtl w:val="1"/>
          <w:szCs w:val="24"/>
          <w:bCs/>
        </w:rPr>
        <w:t>מדוע לדעתכם העצה של אבא – "לשאול שאלה אחת" – עזרה למעיין? הסבירו בעזרת מה שקרה בספרייה.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תפקיד הפסקה האחרונה בבלוג? הסבירו.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(15 נק׳)  </w:t>
      </w:r>
      <w:r>
        <w:rPr>
          <w:rFonts w:ascii="Arial" w:hAnsi="Arial" w:cs="Arial"/>
          <w:b/>
          <w:sz w:val="24"/>
          <w:rtl w:val="1"/>
          <w:szCs w:val="24"/>
          <w:bCs/>
        </w:rPr>
        <w:t>מעיין כותבת: "שאלה אחת קטנה פותחת דלת גדולה". האם אתם מסכימים עם המשפט? הביעו דעה ונמקו בדוגמה מהבלוג או מחייכם.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(15 נק׳)  </w:t>
      </w:r>
      <w:r>
        <w:rPr>
          <w:rFonts w:ascii="Arial" w:hAnsi="Arial" w:cs="Arial"/>
          <w:b/>
          <w:sz w:val="24"/>
          <w:rtl w:val="1"/>
          <w:szCs w:val="24"/>
          <w:bCs/>
        </w:rPr>
        <w:t>האם לדעתכם הבלוג של מעיין יכול לעזור לתלמידים שעולים לחטיבה? נמקו בשני נימוקים.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אתם עושים בדרך כלל בהפסקה הגדולה? האם הייתם רוצים לשנות משהו?</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הפסקה בתנועה: כדאי לארגן משחקים פעילים בהפסקה</w:t>
      </w:r>
    </w:p>
    <w:p>
      <w:pPr>
        <w:bidi w:val="1"/>
        <w:jc w:val="right"/>
      </w:pPr>
      <w:r>
        <w:rPr>
          <w:rFonts w:ascii="Arial" w:hAnsi="Arial" w:cs="Arial"/>
          <w:b/>
          <w:color w:val="5D5675"/>
          <w:sz w:val="24"/>
          <w:rtl w:val="1"/>
          <w:szCs w:val="24"/>
          <w:bCs/>
        </w:rPr>
        <w:t>טור דעה של תלמיד כיתה ז׳ בעיתון השכבה: מדוע ההפסקה הגדולה צריכה לכלול משחקים מאורגנים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צלצול. עשרים דקות של חופש. אבל אם תסתכלו בחצר בית הספר, תראו שרבים מאיתנו מבלים את ההפסקה הגדולה בישיבה על הספסלים או בעמידה בפינות. לדעתי, הגיע הזמן לשנות זאת: בית הספר צריך לארגן בהפסקה הגדולה משחקים פעילים וספורט, שבהם כל מי שרוצה יוכל להשתתף.</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הנימוק הראשון הוא הבריאות. ביום לימודים רגיל אנחנו יושבים שעות ארוכות מול השולחן. הגוף שלנו זקוק לתנועה כדי להתחזק ולהישאר בריא, ותנועה גם משפרת את מצב הרוח. משחקים מאורגנים בהפסקה יוסיפו לכל תלמיד ותלמידה זמן תנועה בכל יום, בלי לגזול זמן מהשיעורים.</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הנימוק השני הוא הריכוז. כל מי שחזר לכיתה אחרי ריצה טובה יודע שהראש מרגיש צלול יותר. אחרי מנוחה פעילה קל יותר לשבת בשקט ולהקשיב. מורים רבים מספרים שאחרי הפסקה שבה התלמידים זזו, השיעור שאחריה עובר בצורה רגועה יותר.</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הנימוק השלישי, ואולי החשוב ביותר, הוא החברה. במשחק מאורגן אין צורך "להיכנס" לקבוצה קיימת – כל אחד יכול להצטרף. תלמידים חדשים, ביישנים או כאלה שאין להם עדיין חבורה קבועה מקבלים הזדמנות להכיר ילדים אחרים בדרך טבעית וכיפית.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הטוענים שההפסקה צריכה להיות זמן חופשי לגמרי, ושאם נארגן אותה, היא תהפוך לעוד שיעור. זו טענה חשובה, אבל יש לה פתרון פשוט: ההשתתפות תהיה רשות ולא חובה, ומי שרוצה לנוח, לקרוא או לשוחח עם חברים יוכל להמשיך לעשות זאת. נוסף על כך, את המשחקים יכולים להוביל תלמידים מהשכבות הגבוהות, ולא מורים, כך שהאווירה תישאר קלילה.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לסיכום, משחקים פעילים בהפסקה הגדולה ישפרו את הבריאות, יחזקו את הריכוז ויקרבו בין התלמידים – וכל זה בלי לפגוע בחופש של מי שמעדיף לנוח. אני קורא למועצת התלמידים להציג את ההצעה להנהלה כבר החודש. בואו נחזיר את התנועה להפסקה!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לגזול – לקחת משהו בלי רשות; כאן: לקחת זמן · צלול – ברור, נקי; כאן: מרוכז וחושב בבהירות · רשות – לא חובה, כל אחד מחליט בעצמו · ביישנים – אנשים שקשה להם לדבר עם אנשים חדשים · אני קורא ל… – אני מבקש בתוקף, פונה כדי שמישהו יפעל · הנהלה – האנשים שמנהלים את בית הספר ומחליטים בו</w:t>
      </w:r>
    </w:p>
    <w:p>
      <w:pPr>
        <w:pStyle w:val="Heading3"/>
        <w:bidi w:val="1"/>
        <w:jc w:val="right"/>
      </w:pPr>
      <w:r>
        <w:rPr>
          <w:rFonts w:ascii="Arial" w:hAnsi="Arial" w:cs="Arial"/>
          <w:b/>
          <w:color w:val="6B4FC4"/>
          <w:sz w:val="26"/>
          <w:rtl w:val="1"/>
          <w:szCs w:val="26"/>
          <w:bCs/>
        </w:rPr>
        <w:t>שאלות על הטקסט ״הפסקה בתנועה: כדאי לארגן משחקים פעילים בהפסקה״</w:t>
      </w:r>
    </w:p>
    <w:p>
      <w:pPr>
        <w:bidi w:val="1"/>
        <w:jc w:val="right"/>
      </w:pPr>
      <w:r>
        <w:rPr>
          <w:rFonts w:ascii="Arial" w:hAnsi="Arial" w:cs="Arial"/>
          <w:b/>
          <w:color w:val="6B4FC4"/>
          <w:sz w:val="24"/>
          <w:rtl w:val="1"/>
          <w:szCs w:val="24"/>
          <w:bCs/>
        </w:rPr>
        <w:t xml:space="preserve">שאלה 1 (10 נק׳)  </w:t>
      </w:r>
      <w:r>
        <w:rPr>
          <w:rFonts w:ascii="Arial" w:hAnsi="Arial" w:cs="Arial"/>
          <w:b/>
          <w:sz w:val="24"/>
          <w:rtl w:val="1"/>
          <w:szCs w:val="24"/>
          <w:bCs/>
        </w:rPr>
        <w:t>מהי עמדת הכותב? ציינו אותה במשפט אחד.</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(15 נק׳)  </w:t>
      </w:r>
      <w:r>
        <w:rPr>
          <w:rFonts w:ascii="Arial" w:hAnsi="Arial" w:cs="Arial"/>
          <w:b/>
          <w:sz w:val="24"/>
          <w:rtl w:val="1"/>
          <w:szCs w:val="24"/>
          <w:bCs/>
        </w:rPr>
        <w:t>ציינו את שלושת הנימוקים שהכותב מביא לטובת עמדתו.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(10 נק׳)  </w:t>
      </w:r>
      <w:r>
        <w:rPr>
          <w:rFonts w:ascii="Arial" w:hAnsi="Arial" w:cs="Arial"/>
          <w:b/>
          <w:sz w:val="24"/>
          <w:rtl w:val="1"/>
          <w:szCs w:val="24"/>
          <w:bCs/>
        </w:rPr>
        <w:t>על פי פסקה 5, מה טוענים מי שמתנגדים להצעה?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(15 נק׳)  </w:t>
      </w:r>
      <w:r>
        <w:rPr>
          <w:rFonts w:ascii="Arial" w:hAnsi="Arial" w:cs="Arial"/>
          <w:b/>
          <w:sz w:val="24"/>
          <w:rtl w:val="1"/>
          <w:szCs w:val="24"/>
          <w:bCs/>
        </w:rPr>
        <w:t>כיצד הכותב משיב לטענת המתנגדים? הסבירו מדוע תשובתו מחזקת את עמדתו.</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(15 נק׳)  </w:t>
      </w:r>
      <w:r>
        <w:rPr>
          <w:rFonts w:ascii="Arial" w:hAnsi="Arial" w:cs="Arial"/>
          <w:b/>
          <w:sz w:val="24"/>
          <w:rtl w:val="1"/>
          <w:szCs w:val="24"/>
          <w:bCs/>
        </w:rPr>
        <w:t>למה מתכוון הכותב כשהוא כותב שבמשחק מאורגן "אין צורך ׳להיכנס׳ לקבוצה קיימת"? הסבירו, ומה ניתן להסיק מכך על תלמידים חדשים?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(10 נק׳)  </w:t>
      </w:r>
      <w:r>
        <w:rPr>
          <w:rFonts w:ascii="Arial" w:hAnsi="Arial" w:cs="Arial"/>
          <w:b/>
          <w:sz w:val="24"/>
          <w:rtl w:val="1"/>
          <w:szCs w:val="24"/>
          <w:bCs/>
        </w:rPr>
        <w:t>מה תפקיד הפסקה האחרונה בטקסט הטיעוני? ציינו שני דברים שהכותב עושה בה.</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(15 נק׳)  </w:t>
      </w:r>
      <w:r>
        <w:rPr>
          <w:rFonts w:ascii="Arial" w:hAnsi="Arial" w:cs="Arial"/>
          <w:b/>
          <w:sz w:val="24"/>
          <w:rtl w:val="1"/>
          <w:szCs w:val="24"/>
          <w:bCs/>
        </w:rPr>
        <w:t>איזה מבין שלושת הנימוקים משכנע אתכם ביותר? הביעו דעה ונמקו את בחירתכם.</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(10 נק׳)  </w:t>
      </w:r>
      <w:r>
        <w:rPr>
          <w:rFonts w:ascii="Arial" w:hAnsi="Arial" w:cs="Arial"/>
          <w:b/>
          <w:sz w:val="24"/>
          <w:rtl w:val="1"/>
          <w:szCs w:val="24"/>
          <w:bCs/>
        </w:rPr>
        <w:t>האם אתם מסכימים עם עמדת הכותב? הביעו עמדה משלכם והוסיפו נימוק אחד שאינו מופיע בטקסט.</w:t>
      </w:r>
    </w:p>
    <w:p>
      <w:pPr>
        <w:bidi w:val="1"/>
        <w:jc w:val="right"/>
      </w:pPr>
      <w:r>
        <w:rPr>
          <w:rFonts w:ascii="Arial" w:hAnsi="Arial" w:cs="Arial"/>
          <w:b w:val="0"/>
          <w:sz w:val="22"/>
          <w:rtl w:val="1"/>
          <w:szCs w:val="22"/>
        </w:rPr>
        <w:t>④ ממד:  ◯ איתור מידע   ◯ פרשנות והיסק   ◯ הערכה וביקורת</w:t>
      </w:r>
    </w:p>
    <w:p>
      <w:pPr>
        <w:bidi w:val="1"/>
        <w:jc w:val="right"/>
      </w:pPr>
      <w:r>
        <w:rPr>
          <w:rFonts w:ascii="Arial" w:hAnsi="Arial" w:cs="Arial"/>
          <w:b w:val="0"/>
          <w:sz w:val="22"/>
          <w:rtl w:val="1"/>
          <w:szCs w:val="22"/>
        </w:rPr>
        <w:t xml:space="preserve">    מה עליי לעשות? ____________________________________________</w:t>
      </w:r>
    </w:p>
    <w:p>
      <w:pPr>
        <w:bidi w:val="1"/>
        <w:jc w:val="right"/>
      </w:pPr>
      <w:r>
        <w:rPr>
          <w:rFonts w:ascii="Arial" w:hAnsi="Arial" w:cs="Arial"/>
          <w:b/>
          <w:sz w:val="22"/>
          <w:rtl w:val="1"/>
          <w:szCs w:val="22"/>
          <w:bCs/>
        </w:rPr>
        <w:t>⑤ התשובה שלי: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